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2642F" w14:textId="77777777" w:rsidR="00E90567" w:rsidRPr="00EE383C" w:rsidRDefault="00EE383C">
      <w:pPr>
        <w:jc w:val="center"/>
        <w:rPr>
          <w:lang w:val="ru-RU"/>
        </w:rPr>
      </w:pPr>
      <w:r w:rsidRPr="00EE383C">
        <w:rPr>
          <w:b/>
          <w:sz w:val="32"/>
          <w:lang w:val="ru-RU"/>
        </w:rPr>
        <w:t>ЗАЯВКА НА УЧАСТИЕ В ТЕНДЕРЕ</w:t>
      </w:r>
    </w:p>
    <w:p w14:paraId="562A1FD0" w14:textId="77777777" w:rsidR="00E90567" w:rsidRPr="00EE383C" w:rsidRDefault="00EE383C">
      <w:pPr>
        <w:jc w:val="center"/>
        <w:rPr>
          <w:lang w:val="ru-RU"/>
        </w:rPr>
      </w:pPr>
      <w:r w:rsidRPr="00EE383C">
        <w:rPr>
          <w:b/>
          <w:sz w:val="24"/>
          <w:lang w:val="ru-RU"/>
        </w:rPr>
        <w:t xml:space="preserve">по выбору </w:t>
      </w:r>
      <w:r>
        <w:rPr>
          <w:b/>
          <w:sz w:val="24"/>
        </w:rPr>
        <w:t>SMM</w:t>
      </w:r>
      <w:r w:rsidRPr="00EE383C">
        <w:rPr>
          <w:b/>
          <w:sz w:val="24"/>
          <w:lang w:val="ru-RU"/>
        </w:rPr>
        <w:t>-агентства для ведения и продвижения</w:t>
      </w:r>
      <w:r w:rsidRPr="00EE383C">
        <w:rPr>
          <w:b/>
          <w:sz w:val="24"/>
          <w:lang w:val="ru-RU"/>
        </w:rPr>
        <w:br/>
        <w:t>корпоративных аккаунтов ТОО «</w:t>
      </w:r>
      <w:proofErr w:type="spellStart"/>
      <w:r>
        <w:rPr>
          <w:b/>
          <w:sz w:val="24"/>
        </w:rPr>
        <w:t>Sinooil</w:t>
      </w:r>
      <w:proofErr w:type="spellEnd"/>
      <w:r w:rsidRPr="00EE383C">
        <w:rPr>
          <w:b/>
          <w:sz w:val="24"/>
          <w:lang w:val="ru-RU"/>
        </w:rPr>
        <w:t>»</w:t>
      </w:r>
    </w:p>
    <w:p w14:paraId="29134601" w14:textId="77777777" w:rsidR="00E90567" w:rsidRPr="00EE383C" w:rsidRDefault="00EE383C" w:rsidP="00EE383C">
      <w:pPr>
        <w:jc w:val="center"/>
        <w:rPr>
          <w:lang w:val="ru-RU"/>
        </w:rPr>
      </w:pPr>
      <w:r w:rsidRPr="00EE383C">
        <w:rPr>
          <w:i/>
          <w:lang w:val="ru-RU"/>
        </w:rPr>
        <w:t xml:space="preserve">Площадки: </w:t>
      </w:r>
      <w:r>
        <w:rPr>
          <w:i/>
        </w:rPr>
        <w:t>Facebook</w:t>
      </w:r>
      <w:r w:rsidRPr="00EE383C">
        <w:rPr>
          <w:i/>
          <w:lang w:val="ru-RU"/>
        </w:rPr>
        <w:t xml:space="preserve">, </w:t>
      </w:r>
      <w:r>
        <w:rPr>
          <w:i/>
        </w:rPr>
        <w:t>Instagram</w:t>
      </w:r>
      <w:r w:rsidRPr="00EE383C">
        <w:rPr>
          <w:i/>
          <w:lang w:val="ru-RU"/>
        </w:rPr>
        <w:t xml:space="preserve">, </w:t>
      </w:r>
      <w:r>
        <w:rPr>
          <w:i/>
        </w:rPr>
        <w:t>TikTok</w:t>
      </w:r>
      <w:r w:rsidRPr="00EE383C">
        <w:rPr>
          <w:i/>
          <w:lang w:val="ru-RU"/>
        </w:rPr>
        <w:t xml:space="preserve">, </w:t>
      </w:r>
      <w:r>
        <w:rPr>
          <w:i/>
        </w:rPr>
        <w:t>Threads</w:t>
      </w:r>
    </w:p>
    <w:p w14:paraId="63716D3A" w14:textId="77777777" w:rsidR="00E90567" w:rsidRPr="00EE383C" w:rsidRDefault="00EE383C">
      <w:pPr>
        <w:pStyle w:val="1"/>
        <w:rPr>
          <w:lang w:val="ru-RU"/>
        </w:rPr>
      </w:pPr>
      <w:r w:rsidRPr="00EE383C">
        <w:rPr>
          <w:lang w:val="ru-RU"/>
        </w:rPr>
        <w:t>Порядок заполнения</w:t>
      </w:r>
    </w:p>
    <w:p w14:paraId="1178343F" w14:textId="77777777" w:rsidR="00E90567" w:rsidRPr="00EE383C" w:rsidRDefault="00EE383C">
      <w:pPr>
        <w:spacing w:after="40"/>
        <w:ind w:left="227"/>
        <w:rPr>
          <w:lang w:val="ru-RU"/>
        </w:rPr>
      </w:pPr>
      <w:r w:rsidRPr="00EE383C">
        <w:rPr>
          <w:lang w:val="ru-RU"/>
        </w:rPr>
        <w:t>• Заявка заполняется участником в полном объёме по установленной форме.</w:t>
      </w:r>
    </w:p>
    <w:p w14:paraId="4B79171F" w14:textId="77777777" w:rsidR="00E90567" w:rsidRPr="00EE383C" w:rsidRDefault="00EE383C">
      <w:pPr>
        <w:spacing w:after="40"/>
        <w:ind w:left="227"/>
        <w:rPr>
          <w:lang w:val="ru-RU"/>
        </w:rPr>
      </w:pPr>
      <w:r w:rsidRPr="00EE383C">
        <w:rPr>
          <w:lang w:val="ru-RU"/>
        </w:rPr>
        <w:t>• Заявка предоставляется в запечатанном конверте в установленный организатором срок.</w:t>
      </w:r>
    </w:p>
    <w:p w14:paraId="7F78EFFA" w14:textId="77777777" w:rsidR="00E90567" w:rsidRPr="00EE383C" w:rsidRDefault="00EE383C">
      <w:pPr>
        <w:spacing w:after="40"/>
        <w:ind w:left="227"/>
        <w:rPr>
          <w:lang w:val="ru-RU"/>
        </w:rPr>
      </w:pPr>
      <w:r w:rsidRPr="00EE383C">
        <w:rPr>
          <w:lang w:val="ru-RU"/>
        </w:rPr>
        <w:t>• Все цены указываются в тенге. Участник обязан отдельно указать наличие/отсутствие НДС.</w:t>
      </w:r>
    </w:p>
    <w:p w14:paraId="5D9B435A" w14:textId="77777777" w:rsidR="00E90567" w:rsidRPr="00EE383C" w:rsidRDefault="00EE383C">
      <w:pPr>
        <w:spacing w:after="40"/>
        <w:ind w:left="227"/>
        <w:rPr>
          <w:lang w:val="ru-RU"/>
        </w:rPr>
      </w:pPr>
      <w:r w:rsidRPr="00EE383C">
        <w:rPr>
          <w:lang w:val="ru-RU"/>
        </w:rPr>
        <w:t>• Все объёмы работ указываются в расчёте на один календарный месяц, если не указано иное.</w:t>
      </w:r>
    </w:p>
    <w:p w14:paraId="2873C55D" w14:textId="77777777" w:rsidR="00E90567" w:rsidRPr="00EE383C" w:rsidRDefault="00EE383C">
      <w:pPr>
        <w:spacing w:after="40"/>
        <w:ind w:left="227"/>
        <w:rPr>
          <w:lang w:val="ru-RU"/>
        </w:rPr>
      </w:pPr>
      <w:r w:rsidRPr="00EE383C">
        <w:rPr>
          <w:lang w:val="ru-RU"/>
        </w:rPr>
        <w:t>• Участник обязан чётко указать, какие услуги входят в заявленную стоимость, а какие оплачиваются дополнительно.</w:t>
      </w:r>
    </w:p>
    <w:p w14:paraId="7C674950" w14:textId="77777777" w:rsidR="00E90567" w:rsidRPr="00EE383C" w:rsidRDefault="00EE383C">
      <w:pPr>
        <w:spacing w:after="40"/>
        <w:ind w:left="227"/>
        <w:rPr>
          <w:lang w:val="ru-RU"/>
        </w:rPr>
      </w:pPr>
      <w:r w:rsidRPr="00EE383C">
        <w:rPr>
          <w:lang w:val="ru-RU"/>
        </w:rPr>
        <w:t>• Дополнительные презентационные материалы, портфолио и подтверждающие документы могут быть приложены к заявке на бумажном носителе.</w:t>
      </w:r>
    </w:p>
    <w:p w14:paraId="21747BAC" w14:textId="77777777" w:rsidR="00E90567" w:rsidRPr="00EE383C" w:rsidRDefault="00EE383C">
      <w:pPr>
        <w:spacing w:after="40"/>
        <w:ind w:left="227"/>
        <w:rPr>
          <w:lang w:val="ru-RU"/>
        </w:rPr>
      </w:pPr>
      <w:r w:rsidRPr="00EE383C">
        <w:rPr>
          <w:lang w:val="ru-RU"/>
        </w:rPr>
        <w:t>• Ссылки на интернет-ресурсы не являются обязательным способом подтверждения опыта; при необходимости информация подтверждается печатными материалами.</w:t>
      </w:r>
    </w:p>
    <w:p w14:paraId="0CB947D6" w14:textId="77777777" w:rsidR="00E90567" w:rsidRPr="00EE383C" w:rsidRDefault="00EE383C">
      <w:pPr>
        <w:spacing w:after="40"/>
        <w:ind w:left="227"/>
        <w:rPr>
          <w:lang w:val="ru-RU"/>
        </w:rPr>
      </w:pPr>
      <w:r w:rsidRPr="00EE383C">
        <w:rPr>
          <w:lang w:val="ru-RU"/>
        </w:rPr>
        <w:t>• Информация, указанная в заявке, должна быть достоверной и подтверждаться по запросу организатора.</w:t>
      </w:r>
    </w:p>
    <w:p w14:paraId="3B0581C2" w14:textId="77777777" w:rsidR="00E90567" w:rsidRPr="00EE383C" w:rsidRDefault="00EE383C">
      <w:pPr>
        <w:pStyle w:val="1"/>
        <w:rPr>
          <w:lang w:val="ru-RU"/>
        </w:rPr>
      </w:pPr>
      <w:r w:rsidRPr="00EE383C">
        <w:rPr>
          <w:lang w:val="ru-RU"/>
        </w:rPr>
        <w:t>РАЗДЕЛ А. КВАЛИФИКАЦИЯ УЧАСТНИКА</w:t>
      </w:r>
    </w:p>
    <w:p w14:paraId="5D4FBEF9" w14:textId="77777777" w:rsidR="00E90567" w:rsidRPr="00EE383C" w:rsidRDefault="00EE383C">
      <w:pPr>
        <w:pStyle w:val="21"/>
        <w:rPr>
          <w:lang w:val="ru-RU"/>
        </w:rPr>
      </w:pPr>
      <w:r w:rsidRPr="00EE383C">
        <w:rPr>
          <w:lang w:val="ru-RU"/>
        </w:rPr>
        <w:t>1. Общая информация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80"/>
        <w:gridCol w:w="5180"/>
      </w:tblGrid>
      <w:tr w:rsidR="00E90567" w14:paraId="70A33633" w14:textId="77777777">
        <w:trPr>
          <w:jc w:val="center"/>
        </w:trPr>
        <w:tc>
          <w:tcPr>
            <w:tcW w:w="5185" w:type="dxa"/>
            <w:shd w:val="clear" w:color="auto" w:fill="D9E1F2"/>
            <w:vAlign w:val="center"/>
          </w:tcPr>
          <w:p w14:paraId="575E4BF2" w14:textId="77777777" w:rsidR="00E90567" w:rsidRDefault="00EE383C">
            <w:proofErr w:type="spellStart"/>
            <w:r>
              <w:rPr>
                <w:rFonts w:ascii="Arial" w:hAnsi="Arial"/>
                <w:b/>
                <w:sz w:val="16"/>
              </w:rPr>
              <w:t>Параметр</w:t>
            </w:r>
            <w:proofErr w:type="spellEnd"/>
          </w:p>
        </w:tc>
        <w:tc>
          <w:tcPr>
            <w:tcW w:w="5185" w:type="dxa"/>
            <w:shd w:val="clear" w:color="auto" w:fill="D9E1F2"/>
            <w:vAlign w:val="center"/>
          </w:tcPr>
          <w:p w14:paraId="5794558F" w14:textId="77777777" w:rsidR="00E90567" w:rsidRDefault="00EE383C">
            <w:r>
              <w:rPr>
                <w:rFonts w:ascii="Arial" w:hAnsi="Arial"/>
                <w:b/>
                <w:sz w:val="16"/>
              </w:rPr>
              <w:t>Информация участника</w:t>
            </w:r>
          </w:p>
        </w:tc>
      </w:tr>
      <w:tr w:rsidR="00E90567" w14:paraId="6617CBB6" w14:textId="77777777">
        <w:trPr>
          <w:jc w:val="center"/>
        </w:trPr>
        <w:tc>
          <w:tcPr>
            <w:tcW w:w="5185" w:type="dxa"/>
            <w:vAlign w:val="center"/>
          </w:tcPr>
          <w:p w14:paraId="406327E8" w14:textId="77777777" w:rsidR="00E90567" w:rsidRDefault="00EE383C">
            <w:r>
              <w:rPr>
                <w:rFonts w:ascii="Arial" w:hAnsi="Arial"/>
                <w:sz w:val="16"/>
              </w:rPr>
              <w:t>Полное наименование</w:t>
            </w:r>
          </w:p>
        </w:tc>
        <w:tc>
          <w:tcPr>
            <w:tcW w:w="5185" w:type="dxa"/>
            <w:vAlign w:val="center"/>
          </w:tcPr>
          <w:p w14:paraId="36FEBFFB" w14:textId="77777777" w:rsidR="00E90567" w:rsidRDefault="00E90567"/>
        </w:tc>
      </w:tr>
      <w:tr w:rsidR="00E90567" w14:paraId="7BFB56FC" w14:textId="77777777">
        <w:trPr>
          <w:jc w:val="center"/>
        </w:trPr>
        <w:tc>
          <w:tcPr>
            <w:tcW w:w="5185" w:type="dxa"/>
            <w:vAlign w:val="center"/>
          </w:tcPr>
          <w:p w14:paraId="39EEE28E" w14:textId="77777777" w:rsidR="00E90567" w:rsidRDefault="00EE383C">
            <w:r>
              <w:rPr>
                <w:rFonts w:ascii="Arial" w:hAnsi="Arial"/>
                <w:sz w:val="16"/>
              </w:rPr>
              <w:t>БИН / ИИН</w:t>
            </w:r>
          </w:p>
        </w:tc>
        <w:tc>
          <w:tcPr>
            <w:tcW w:w="5185" w:type="dxa"/>
            <w:vAlign w:val="center"/>
          </w:tcPr>
          <w:p w14:paraId="1C762878" w14:textId="77777777" w:rsidR="00E90567" w:rsidRDefault="00E90567"/>
        </w:tc>
      </w:tr>
      <w:tr w:rsidR="00E90567" w14:paraId="3DEED568" w14:textId="77777777">
        <w:trPr>
          <w:jc w:val="center"/>
        </w:trPr>
        <w:tc>
          <w:tcPr>
            <w:tcW w:w="5185" w:type="dxa"/>
            <w:vAlign w:val="center"/>
          </w:tcPr>
          <w:p w14:paraId="7445081D" w14:textId="77777777" w:rsidR="00E90567" w:rsidRDefault="00EE383C">
            <w:r>
              <w:rPr>
                <w:rFonts w:ascii="Arial" w:hAnsi="Arial"/>
                <w:sz w:val="16"/>
              </w:rPr>
              <w:t>Организационно-правовая форма</w:t>
            </w:r>
          </w:p>
        </w:tc>
        <w:tc>
          <w:tcPr>
            <w:tcW w:w="5185" w:type="dxa"/>
            <w:vAlign w:val="center"/>
          </w:tcPr>
          <w:p w14:paraId="1755496F" w14:textId="77777777" w:rsidR="00E90567" w:rsidRDefault="00E90567"/>
        </w:tc>
      </w:tr>
      <w:tr w:rsidR="00E90567" w14:paraId="2C481B02" w14:textId="77777777">
        <w:trPr>
          <w:jc w:val="center"/>
        </w:trPr>
        <w:tc>
          <w:tcPr>
            <w:tcW w:w="5185" w:type="dxa"/>
            <w:vAlign w:val="center"/>
          </w:tcPr>
          <w:p w14:paraId="0E7DC576" w14:textId="77777777" w:rsidR="00E90567" w:rsidRDefault="00EE383C">
            <w:r>
              <w:rPr>
                <w:rFonts w:ascii="Arial" w:hAnsi="Arial"/>
                <w:sz w:val="16"/>
              </w:rPr>
              <w:t>Год основания</w:t>
            </w:r>
          </w:p>
        </w:tc>
        <w:tc>
          <w:tcPr>
            <w:tcW w:w="5185" w:type="dxa"/>
            <w:vAlign w:val="center"/>
          </w:tcPr>
          <w:p w14:paraId="0A0CE8B5" w14:textId="77777777" w:rsidR="00E90567" w:rsidRDefault="00E90567"/>
        </w:tc>
      </w:tr>
      <w:tr w:rsidR="00E90567" w14:paraId="3497EB25" w14:textId="77777777">
        <w:trPr>
          <w:jc w:val="center"/>
        </w:trPr>
        <w:tc>
          <w:tcPr>
            <w:tcW w:w="5185" w:type="dxa"/>
            <w:vAlign w:val="center"/>
          </w:tcPr>
          <w:p w14:paraId="6540D87E" w14:textId="77777777" w:rsidR="00E90567" w:rsidRDefault="00EE383C">
            <w:r>
              <w:rPr>
                <w:rFonts w:ascii="Arial" w:hAnsi="Arial"/>
                <w:sz w:val="16"/>
              </w:rPr>
              <w:t>Юридический / фактический адрес</w:t>
            </w:r>
          </w:p>
        </w:tc>
        <w:tc>
          <w:tcPr>
            <w:tcW w:w="5185" w:type="dxa"/>
            <w:vAlign w:val="center"/>
          </w:tcPr>
          <w:p w14:paraId="03BE3F88" w14:textId="77777777" w:rsidR="00E90567" w:rsidRDefault="00E90567"/>
        </w:tc>
      </w:tr>
      <w:tr w:rsidR="00E90567" w14:paraId="4D66608B" w14:textId="77777777">
        <w:trPr>
          <w:jc w:val="center"/>
        </w:trPr>
        <w:tc>
          <w:tcPr>
            <w:tcW w:w="5185" w:type="dxa"/>
            <w:vAlign w:val="center"/>
          </w:tcPr>
          <w:p w14:paraId="4324C0C2" w14:textId="77777777" w:rsidR="00E90567" w:rsidRDefault="00EE383C">
            <w:r>
              <w:rPr>
                <w:rFonts w:ascii="Arial" w:hAnsi="Arial"/>
                <w:sz w:val="16"/>
              </w:rPr>
              <w:t>Город</w:t>
            </w:r>
          </w:p>
        </w:tc>
        <w:tc>
          <w:tcPr>
            <w:tcW w:w="5185" w:type="dxa"/>
            <w:vAlign w:val="center"/>
          </w:tcPr>
          <w:p w14:paraId="7403B5E7" w14:textId="77777777" w:rsidR="00E90567" w:rsidRDefault="00E90567"/>
        </w:tc>
      </w:tr>
      <w:tr w:rsidR="00E90567" w14:paraId="6CB4430E" w14:textId="77777777">
        <w:trPr>
          <w:jc w:val="center"/>
        </w:trPr>
        <w:tc>
          <w:tcPr>
            <w:tcW w:w="5185" w:type="dxa"/>
            <w:vAlign w:val="center"/>
          </w:tcPr>
          <w:p w14:paraId="6B929779" w14:textId="77777777" w:rsidR="00E90567" w:rsidRDefault="00EE383C">
            <w:r>
              <w:rPr>
                <w:rFonts w:ascii="Arial" w:hAnsi="Arial"/>
                <w:sz w:val="16"/>
              </w:rPr>
              <w:t>Контактное лицо по тендеру</w:t>
            </w:r>
          </w:p>
        </w:tc>
        <w:tc>
          <w:tcPr>
            <w:tcW w:w="5185" w:type="dxa"/>
            <w:vAlign w:val="center"/>
          </w:tcPr>
          <w:p w14:paraId="71C9FB22" w14:textId="77777777" w:rsidR="00E90567" w:rsidRDefault="00E90567"/>
        </w:tc>
      </w:tr>
      <w:tr w:rsidR="00E90567" w14:paraId="180A0EF9" w14:textId="77777777">
        <w:trPr>
          <w:jc w:val="center"/>
        </w:trPr>
        <w:tc>
          <w:tcPr>
            <w:tcW w:w="5185" w:type="dxa"/>
            <w:vAlign w:val="center"/>
          </w:tcPr>
          <w:p w14:paraId="5A7D6C17" w14:textId="77777777" w:rsidR="00E90567" w:rsidRDefault="00EE383C">
            <w:r>
              <w:rPr>
                <w:rFonts w:ascii="Arial" w:hAnsi="Arial"/>
                <w:sz w:val="16"/>
              </w:rPr>
              <w:t>Телефон / e-mail</w:t>
            </w:r>
          </w:p>
        </w:tc>
        <w:tc>
          <w:tcPr>
            <w:tcW w:w="5185" w:type="dxa"/>
            <w:vAlign w:val="center"/>
          </w:tcPr>
          <w:p w14:paraId="18A89FE0" w14:textId="77777777" w:rsidR="00E90567" w:rsidRDefault="00E90567"/>
        </w:tc>
      </w:tr>
      <w:tr w:rsidR="00E90567" w14:paraId="0E817620" w14:textId="77777777">
        <w:trPr>
          <w:jc w:val="center"/>
        </w:trPr>
        <w:tc>
          <w:tcPr>
            <w:tcW w:w="5185" w:type="dxa"/>
            <w:vAlign w:val="center"/>
          </w:tcPr>
          <w:p w14:paraId="54ED1B95" w14:textId="77777777" w:rsidR="00E90567" w:rsidRDefault="00EE383C">
            <w:r>
              <w:rPr>
                <w:rFonts w:ascii="Arial" w:hAnsi="Arial"/>
                <w:sz w:val="16"/>
              </w:rPr>
              <w:t>Сайт / социальные сети</w:t>
            </w:r>
          </w:p>
        </w:tc>
        <w:tc>
          <w:tcPr>
            <w:tcW w:w="5185" w:type="dxa"/>
            <w:vAlign w:val="center"/>
          </w:tcPr>
          <w:p w14:paraId="2747F4A7" w14:textId="77777777" w:rsidR="00E90567" w:rsidRDefault="00E90567"/>
        </w:tc>
      </w:tr>
      <w:tr w:rsidR="00E90567" w14:paraId="24243B36" w14:textId="77777777">
        <w:trPr>
          <w:jc w:val="center"/>
        </w:trPr>
        <w:tc>
          <w:tcPr>
            <w:tcW w:w="5185" w:type="dxa"/>
            <w:vAlign w:val="center"/>
          </w:tcPr>
          <w:p w14:paraId="179D59BB" w14:textId="77777777" w:rsidR="00E90567" w:rsidRDefault="00EE383C">
            <w:r>
              <w:rPr>
                <w:rFonts w:ascii="Arial" w:hAnsi="Arial"/>
                <w:sz w:val="16"/>
              </w:rPr>
              <w:t>Количество сотрудников</w:t>
            </w:r>
          </w:p>
        </w:tc>
        <w:tc>
          <w:tcPr>
            <w:tcW w:w="5185" w:type="dxa"/>
            <w:vAlign w:val="center"/>
          </w:tcPr>
          <w:p w14:paraId="0A8825F1" w14:textId="77777777" w:rsidR="00E90567" w:rsidRDefault="00E90567"/>
        </w:tc>
      </w:tr>
      <w:tr w:rsidR="00E90567" w14:paraId="721C7B48" w14:textId="77777777">
        <w:trPr>
          <w:jc w:val="center"/>
        </w:trPr>
        <w:tc>
          <w:tcPr>
            <w:tcW w:w="5185" w:type="dxa"/>
            <w:vAlign w:val="center"/>
          </w:tcPr>
          <w:p w14:paraId="1D0043FC" w14:textId="77777777" w:rsidR="00E90567" w:rsidRDefault="00EE383C">
            <w:r>
              <w:rPr>
                <w:rFonts w:ascii="Arial" w:hAnsi="Arial"/>
                <w:sz w:val="16"/>
              </w:rPr>
              <w:t>Система налогообложения</w:t>
            </w:r>
          </w:p>
        </w:tc>
        <w:tc>
          <w:tcPr>
            <w:tcW w:w="5185" w:type="dxa"/>
            <w:vAlign w:val="center"/>
          </w:tcPr>
          <w:p w14:paraId="2E3CEB52" w14:textId="77777777" w:rsidR="00E90567" w:rsidRDefault="00E90567"/>
        </w:tc>
      </w:tr>
      <w:tr w:rsidR="00E90567" w14:paraId="4A45DCE0" w14:textId="77777777">
        <w:trPr>
          <w:jc w:val="center"/>
        </w:trPr>
        <w:tc>
          <w:tcPr>
            <w:tcW w:w="5185" w:type="dxa"/>
            <w:vAlign w:val="center"/>
          </w:tcPr>
          <w:p w14:paraId="49B278D5" w14:textId="77777777" w:rsidR="00E90567" w:rsidRDefault="00EE383C">
            <w:r>
              <w:rPr>
                <w:rFonts w:ascii="Arial" w:hAnsi="Arial"/>
                <w:sz w:val="16"/>
              </w:rPr>
              <w:t>Плательщик НДС</w:t>
            </w:r>
          </w:p>
        </w:tc>
        <w:tc>
          <w:tcPr>
            <w:tcW w:w="5185" w:type="dxa"/>
            <w:vAlign w:val="center"/>
          </w:tcPr>
          <w:p w14:paraId="5ED270FF" w14:textId="77777777" w:rsidR="00E90567" w:rsidRDefault="00EE383C">
            <w:r>
              <w:rPr>
                <w:rFonts w:ascii="Arial" w:hAnsi="Arial"/>
                <w:sz w:val="16"/>
              </w:rPr>
              <w:t>Да / Нет</w:t>
            </w:r>
          </w:p>
        </w:tc>
      </w:tr>
    </w:tbl>
    <w:p w14:paraId="753748FA" w14:textId="77777777" w:rsidR="00E90567" w:rsidRDefault="00EE383C">
      <w:pPr>
        <w:pStyle w:val="21"/>
      </w:pPr>
      <w:r>
        <w:t>2. Опыт и релевантные проекты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80"/>
        <w:gridCol w:w="5180"/>
      </w:tblGrid>
      <w:tr w:rsidR="00E90567" w14:paraId="60166126" w14:textId="77777777">
        <w:trPr>
          <w:jc w:val="center"/>
        </w:trPr>
        <w:tc>
          <w:tcPr>
            <w:tcW w:w="5185" w:type="dxa"/>
            <w:shd w:val="clear" w:color="auto" w:fill="D9E1F2"/>
            <w:vAlign w:val="center"/>
          </w:tcPr>
          <w:p w14:paraId="64F78339" w14:textId="77777777" w:rsidR="00E90567" w:rsidRDefault="00EE383C">
            <w:r>
              <w:rPr>
                <w:rFonts w:ascii="Arial" w:hAnsi="Arial"/>
                <w:b/>
                <w:sz w:val="16"/>
              </w:rPr>
              <w:t>Параметр</w:t>
            </w:r>
          </w:p>
        </w:tc>
        <w:tc>
          <w:tcPr>
            <w:tcW w:w="5185" w:type="dxa"/>
            <w:shd w:val="clear" w:color="auto" w:fill="D9E1F2"/>
            <w:vAlign w:val="center"/>
          </w:tcPr>
          <w:p w14:paraId="06720AD6" w14:textId="77777777" w:rsidR="00E90567" w:rsidRDefault="00EE383C">
            <w:r>
              <w:rPr>
                <w:rFonts w:ascii="Arial" w:hAnsi="Arial"/>
                <w:b/>
                <w:sz w:val="16"/>
              </w:rPr>
              <w:t>Информация участника</w:t>
            </w:r>
          </w:p>
        </w:tc>
      </w:tr>
      <w:tr w:rsidR="00E90567" w:rsidRPr="00902573" w14:paraId="5F439F45" w14:textId="77777777">
        <w:trPr>
          <w:jc w:val="center"/>
        </w:trPr>
        <w:tc>
          <w:tcPr>
            <w:tcW w:w="5185" w:type="dxa"/>
            <w:vAlign w:val="center"/>
          </w:tcPr>
          <w:p w14:paraId="5599CB7D" w14:textId="77777777" w:rsidR="00E90567" w:rsidRPr="00EE383C" w:rsidRDefault="00EE383C">
            <w:pPr>
              <w:rPr>
                <w:lang w:val="ru-RU"/>
              </w:rPr>
            </w:pPr>
            <w:r w:rsidRPr="00EE383C">
              <w:rPr>
                <w:rFonts w:ascii="Arial" w:hAnsi="Arial"/>
                <w:sz w:val="16"/>
                <w:lang w:val="ru-RU"/>
              </w:rPr>
              <w:t xml:space="preserve">Общий опыт работы в </w:t>
            </w:r>
            <w:r>
              <w:rPr>
                <w:rFonts w:ascii="Arial" w:hAnsi="Arial"/>
                <w:sz w:val="16"/>
              </w:rPr>
              <w:t>SMM</w:t>
            </w:r>
          </w:p>
        </w:tc>
        <w:tc>
          <w:tcPr>
            <w:tcW w:w="5185" w:type="dxa"/>
            <w:vAlign w:val="center"/>
          </w:tcPr>
          <w:p w14:paraId="08206EB4" w14:textId="77777777" w:rsidR="00E90567" w:rsidRPr="00EE383C" w:rsidRDefault="00E90567">
            <w:pPr>
              <w:rPr>
                <w:lang w:val="ru-RU"/>
              </w:rPr>
            </w:pPr>
          </w:p>
        </w:tc>
      </w:tr>
      <w:tr w:rsidR="00E90567" w:rsidRPr="00902573" w14:paraId="1067D035" w14:textId="77777777">
        <w:trPr>
          <w:jc w:val="center"/>
        </w:trPr>
        <w:tc>
          <w:tcPr>
            <w:tcW w:w="5185" w:type="dxa"/>
            <w:vAlign w:val="center"/>
          </w:tcPr>
          <w:p w14:paraId="4041F687" w14:textId="77777777" w:rsidR="00E90567" w:rsidRPr="00EE383C" w:rsidRDefault="00EE383C">
            <w:pPr>
              <w:rPr>
                <w:lang w:val="ru-RU"/>
              </w:rPr>
            </w:pPr>
            <w:r w:rsidRPr="00EE383C">
              <w:rPr>
                <w:rFonts w:ascii="Arial" w:hAnsi="Arial"/>
                <w:sz w:val="16"/>
                <w:lang w:val="ru-RU"/>
              </w:rPr>
              <w:t>Количество клиентов за последние 3 года</w:t>
            </w:r>
          </w:p>
        </w:tc>
        <w:tc>
          <w:tcPr>
            <w:tcW w:w="5185" w:type="dxa"/>
            <w:vAlign w:val="center"/>
          </w:tcPr>
          <w:p w14:paraId="3D9B786D" w14:textId="77777777" w:rsidR="00E90567" w:rsidRPr="00EE383C" w:rsidRDefault="00E90567">
            <w:pPr>
              <w:rPr>
                <w:lang w:val="ru-RU"/>
              </w:rPr>
            </w:pPr>
          </w:p>
        </w:tc>
      </w:tr>
      <w:tr w:rsidR="00E90567" w:rsidRPr="00902573" w14:paraId="5F344882" w14:textId="77777777">
        <w:trPr>
          <w:jc w:val="center"/>
        </w:trPr>
        <w:tc>
          <w:tcPr>
            <w:tcW w:w="5185" w:type="dxa"/>
            <w:vAlign w:val="center"/>
          </w:tcPr>
          <w:p w14:paraId="79AB363A" w14:textId="77777777" w:rsidR="00E90567" w:rsidRPr="00EE383C" w:rsidRDefault="00EE383C">
            <w:pPr>
              <w:rPr>
                <w:lang w:val="ru-RU"/>
              </w:rPr>
            </w:pPr>
            <w:r w:rsidRPr="00EE383C">
              <w:rPr>
                <w:rFonts w:ascii="Arial" w:hAnsi="Arial"/>
                <w:sz w:val="16"/>
                <w:lang w:val="ru-RU"/>
              </w:rPr>
              <w:t xml:space="preserve">Опыт работы с крупными </w:t>
            </w:r>
            <w:r>
              <w:rPr>
                <w:rFonts w:ascii="Arial" w:hAnsi="Arial"/>
                <w:sz w:val="16"/>
              </w:rPr>
              <w:t>B</w:t>
            </w:r>
            <w:r w:rsidRPr="00EE383C">
              <w:rPr>
                <w:rFonts w:ascii="Arial" w:hAnsi="Arial"/>
                <w:sz w:val="16"/>
                <w:lang w:val="ru-RU"/>
              </w:rPr>
              <w:t>2</w:t>
            </w:r>
            <w:r>
              <w:rPr>
                <w:rFonts w:ascii="Arial" w:hAnsi="Arial"/>
                <w:sz w:val="16"/>
              </w:rPr>
              <w:t>C</w:t>
            </w:r>
            <w:r w:rsidRPr="00EE383C">
              <w:rPr>
                <w:rFonts w:ascii="Arial" w:hAnsi="Arial"/>
                <w:sz w:val="16"/>
                <w:lang w:val="ru-RU"/>
              </w:rPr>
              <w:t>-брендами</w:t>
            </w:r>
          </w:p>
        </w:tc>
        <w:tc>
          <w:tcPr>
            <w:tcW w:w="5185" w:type="dxa"/>
            <w:vAlign w:val="center"/>
          </w:tcPr>
          <w:p w14:paraId="384C3905" w14:textId="77777777" w:rsidR="00E90567" w:rsidRPr="00EE383C" w:rsidRDefault="00E90567">
            <w:pPr>
              <w:rPr>
                <w:lang w:val="ru-RU"/>
              </w:rPr>
            </w:pPr>
          </w:p>
        </w:tc>
      </w:tr>
      <w:tr w:rsidR="00E90567" w14:paraId="35AC5455" w14:textId="77777777">
        <w:trPr>
          <w:jc w:val="center"/>
        </w:trPr>
        <w:tc>
          <w:tcPr>
            <w:tcW w:w="5185" w:type="dxa"/>
            <w:vAlign w:val="center"/>
          </w:tcPr>
          <w:p w14:paraId="73CE9F4E" w14:textId="77777777" w:rsidR="00E90567" w:rsidRDefault="00EE383C">
            <w:proofErr w:type="spellStart"/>
            <w:r>
              <w:rPr>
                <w:rFonts w:ascii="Arial" w:hAnsi="Arial"/>
                <w:sz w:val="16"/>
              </w:rPr>
              <w:t>Опыт</w:t>
            </w:r>
            <w:proofErr w:type="spellEnd"/>
            <w:r>
              <w:rPr>
                <w:rFonts w:ascii="Arial" w:hAnsi="Arial"/>
                <w:sz w:val="16"/>
              </w:rPr>
              <w:t xml:space="preserve"> в Retail / FMCG</w:t>
            </w:r>
          </w:p>
        </w:tc>
        <w:tc>
          <w:tcPr>
            <w:tcW w:w="5185" w:type="dxa"/>
            <w:vAlign w:val="center"/>
          </w:tcPr>
          <w:p w14:paraId="58C26BBF" w14:textId="77777777" w:rsidR="00E90567" w:rsidRDefault="00E90567"/>
        </w:tc>
      </w:tr>
      <w:tr w:rsidR="00E90567" w:rsidRPr="00902573" w14:paraId="4BC5FA30" w14:textId="77777777">
        <w:trPr>
          <w:jc w:val="center"/>
        </w:trPr>
        <w:tc>
          <w:tcPr>
            <w:tcW w:w="5185" w:type="dxa"/>
            <w:vAlign w:val="center"/>
          </w:tcPr>
          <w:p w14:paraId="2F2C0178" w14:textId="77777777" w:rsidR="00E90567" w:rsidRPr="00EE383C" w:rsidRDefault="00EE383C">
            <w:pPr>
              <w:rPr>
                <w:lang w:val="ru-RU"/>
              </w:rPr>
            </w:pPr>
            <w:r w:rsidRPr="00EE383C">
              <w:rPr>
                <w:rFonts w:ascii="Arial" w:hAnsi="Arial"/>
                <w:sz w:val="16"/>
                <w:lang w:val="ru-RU"/>
              </w:rPr>
              <w:lastRenderedPageBreak/>
              <w:t>Опыт в автомобильной / топливной отрасли</w:t>
            </w:r>
          </w:p>
        </w:tc>
        <w:tc>
          <w:tcPr>
            <w:tcW w:w="5185" w:type="dxa"/>
            <w:vAlign w:val="center"/>
          </w:tcPr>
          <w:p w14:paraId="46412219" w14:textId="77777777" w:rsidR="00E90567" w:rsidRPr="00EE383C" w:rsidRDefault="00E90567">
            <w:pPr>
              <w:rPr>
                <w:lang w:val="ru-RU"/>
              </w:rPr>
            </w:pPr>
          </w:p>
        </w:tc>
      </w:tr>
      <w:tr w:rsidR="00E90567" w:rsidRPr="00902573" w14:paraId="7F41BDE0" w14:textId="77777777">
        <w:trPr>
          <w:jc w:val="center"/>
        </w:trPr>
        <w:tc>
          <w:tcPr>
            <w:tcW w:w="5185" w:type="dxa"/>
            <w:vAlign w:val="center"/>
          </w:tcPr>
          <w:p w14:paraId="051BECDE" w14:textId="77777777" w:rsidR="00E90567" w:rsidRPr="00EE383C" w:rsidRDefault="00EE383C">
            <w:pPr>
              <w:rPr>
                <w:lang w:val="ru-RU"/>
              </w:rPr>
            </w:pPr>
            <w:r w:rsidRPr="00EE383C">
              <w:rPr>
                <w:rFonts w:ascii="Arial" w:hAnsi="Arial"/>
                <w:sz w:val="16"/>
                <w:lang w:val="ru-RU"/>
              </w:rPr>
              <w:t>Опыт с национальными / сетевыми брендами</w:t>
            </w:r>
          </w:p>
        </w:tc>
        <w:tc>
          <w:tcPr>
            <w:tcW w:w="5185" w:type="dxa"/>
            <w:vAlign w:val="center"/>
          </w:tcPr>
          <w:p w14:paraId="1B5AA391" w14:textId="77777777" w:rsidR="00E90567" w:rsidRPr="00EE383C" w:rsidRDefault="00E90567">
            <w:pPr>
              <w:rPr>
                <w:lang w:val="ru-RU"/>
              </w:rPr>
            </w:pPr>
          </w:p>
        </w:tc>
      </w:tr>
      <w:tr w:rsidR="00E90567" w14:paraId="4F005046" w14:textId="77777777">
        <w:trPr>
          <w:jc w:val="center"/>
        </w:trPr>
        <w:tc>
          <w:tcPr>
            <w:tcW w:w="5185" w:type="dxa"/>
            <w:vAlign w:val="center"/>
          </w:tcPr>
          <w:p w14:paraId="181E302A" w14:textId="77777777" w:rsidR="00E90567" w:rsidRDefault="00EE383C">
            <w:proofErr w:type="spellStart"/>
            <w:r>
              <w:rPr>
                <w:rFonts w:ascii="Arial" w:hAnsi="Arial"/>
                <w:sz w:val="16"/>
              </w:rPr>
              <w:t>Опыт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работы</w:t>
            </w:r>
            <w:proofErr w:type="spellEnd"/>
            <w:r>
              <w:rPr>
                <w:rFonts w:ascii="Arial" w:hAnsi="Arial"/>
                <w:sz w:val="16"/>
              </w:rPr>
              <w:t xml:space="preserve"> с </w:t>
            </w:r>
            <w:proofErr w:type="spellStart"/>
            <w:r>
              <w:rPr>
                <w:rFonts w:ascii="Arial" w:hAnsi="Arial"/>
                <w:sz w:val="16"/>
              </w:rPr>
              <w:t>инфлюенсерами</w:t>
            </w:r>
            <w:proofErr w:type="spellEnd"/>
          </w:p>
        </w:tc>
        <w:tc>
          <w:tcPr>
            <w:tcW w:w="5185" w:type="dxa"/>
            <w:vAlign w:val="center"/>
          </w:tcPr>
          <w:p w14:paraId="592A836A" w14:textId="77777777" w:rsidR="00E90567" w:rsidRDefault="00E90567"/>
        </w:tc>
      </w:tr>
    </w:tbl>
    <w:p w14:paraId="5A14744E" w14:textId="77777777" w:rsidR="00E90567" w:rsidRDefault="00EE383C">
      <w:r>
        <w:rPr>
          <w:b/>
        </w:rPr>
        <w:t>Не менее 3 релевантных кейсов: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727"/>
        <w:gridCol w:w="1726"/>
        <w:gridCol w:w="1727"/>
        <w:gridCol w:w="1726"/>
        <w:gridCol w:w="1727"/>
        <w:gridCol w:w="1727"/>
      </w:tblGrid>
      <w:tr w:rsidR="00E90567" w14:paraId="3DA279B0" w14:textId="77777777">
        <w:trPr>
          <w:jc w:val="center"/>
        </w:trPr>
        <w:tc>
          <w:tcPr>
            <w:tcW w:w="1728" w:type="dxa"/>
            <w:shd w:val="clear" w:color="auto" w:fill="D9E1F2"/>
            <w:vAlign w:val="center"/>
          </w:tcPr>
          <w:p w14:paraId="5DBEBD3C" w14:textId="77777777" w:rsidR="00E90567" w:rsidRDefault="00EE383C">
            <w:r>
              <w:rPr>
                <w:rFonts w:ascii="Arial" w:hAnsi="Arial"/>
                <w:b/>
                <w:sz w:val="14"/>
              </w:rPr>
              <w:t>Клиент</w:t>
            </w:r>
          </w:p>
        </w:tc>
        <w:tc>
          <w:tcPr>
            <w:tcW w:w="1728" w:type="dxa"/>
            <w:shd w:val="clear" w:color="auto" w:fill="D9E1F2"/>
            <w:vAlign w:val="center"/>
          </w:tcPr>
          <w:p w14:paraId="796E8C06" w14:textId="77777777" w:rsidR="00E90567" w:rsidRDefault="00EE383C">
            <w:r>
              <w:rPr>
                <w:rFonts w:ascii="Arial" w:hAnsi="Arial"/>
                <w:b/>
                <w:sz w:val="14"/>
              </w:rPr>
              <w:t>Период</w:t>
            </w:r>
          </w:p>
        </w:tc>
        <w:tc>
          <w:tcPr>
            <w:tcW w:w="1728" w:type="dxa"/>
            <w:shd w:val="clear" w:color="auto" w:fill="D9E1F2"/>
            <w:vAlign w:val="center"/>
          </w:tcPr>
          <w:p w14:paraId="20FEAB3B" w14:textId="77777777" w:rsidR="00E90567" w:rsidRDefault="00EE383C">
            <w:r>
              <w:rPr>
                <w:rFonts w:ascii="Arial" w:hAnsi="Arial"/>
                <w:b/>
                <w:sz w:val="14"/>
              </w:rPr>
              <w:t>Отрасль</w:t>
            </w:r>
          </w:p>
        </w:tc>
        <w:tc>
          <w:tcPr>
            <w:tcW w:w="1728" w:type="dxa"/>
            <w:shd w:val="clear" w:color="auto" w:fill="D9E1F2"/>
            <w:vAlign w:val="center"/>
          </w:tcPr>
          <w:p w14:paraId="64FBC33C" w14:textId="77777777" w:rsidR="00E90567" w:rsidRDefault="00EE383C">
            <w:r>
              <w:rPr>
                <w:rFonts w:ascii="Arial" w:hAnsi="Arial"/>
                <w:b/>
                <w:sz w:val="14"/>
              </w:rPr>
              <w:t>Задача</w:t>
            </w:r>
          </w:p>
        </w:tc>
        <w:tc>
          <w:tcPr>
            <w:tcW w:w="1728" w:type="dxa"/>
            <w:shd w:val="clear" w:color="auto" w:fill="D9E1F2"/>
            <w:vAlign w:val="center"/>
          </w:tcPr>
          <w:p w14:paraId="297DB59B" w14:textId="77777777" w:rsidR="00E90567" w:rsidRDefault="00EE383C">
            <w:r>
              <w:rPr>
                <w:rFonts w:ascii="Arial" w:hAnsi="Arial"/>
                <w:b/>
                <w:sz w:val="14"/>
              </w:rPr>
              <w:t>Выполненные работы</w:t>
            </w:r>
          </w:p>
        </w:tc>
        <w:tc>
          <w:tcPr>
            <w:tcW w:w="1728" w:type="dxa"/>
            <w:shd w:val="clear" w:color="auto" w:fill="D9E1F2"/>
            <w:vAlign w:val="center"/>
          </w:tcPr>
          <w:p w14:paraId="56ACC8DC" w14:textId="77777777" w:rsidR="00E90567" w:rsidRDefault="00EE383C">
            <w:r>
              <w:rPr>
                <w:rFonts w:ascii="Arial" w:hAnsi="Arial"/>
                <w:b/>
                <w:sz w:val="14"/>
              </w:rPr>
              <w:t>Результат / KPI</w:t>
            </w:r>
          </w:p>
        </w:tc>
      </w:tr>
      <w:tr w:rsidR="00E90567" w14:paraId="5D47AA7A" w14:textId="77777777">
        <w:trPr>
          <w:jc w:val="center"/>
        </w:trPr>
        <w:tc>
          <w:tcPr>
            <w:tcW w:w="1728" w:type="dxa"/>
            <w:vAlign w:val="center"/>
          </w:tcPr>
          <w:p w14:paraId="1D231FA5" w14:textId="77777777" w:rsidR="00E90567" w:rsidRDefault="00E90567"/>
        </w:tc>
        <w:tc>
          <w:tcPr>
            <w:tcW w:w="1728" w:type="dxa"/>
            <w:vAlign w:val="center"/>
          </w:tcPr>
          <w:p w14:paraId="6781B416" w14:textId="77777777" w:rsidR="00E90567" w:rsidRDefault="00E90567"/>
        </w:tc>
        <w:tc>
          <w:tcPr>
            <w:tcW w:w="1728" w:type="dxa"/>
            <w:vAlign w:val="center"/>
          </w:tcPr>
          <w:p w14:paraId="75E6A434" w14:textId="77777777" w:rsidR="00E90567" w:rsidRDefault="00E90567"/>
        </w:tc>
        <w:tc>
          <w:tcPr>
            <w:tcW w:w="1728" w:type="dxa"/>
            <w:vAlign w:val="center"/>
          </w:tcPr>
          <w:p w14:paraId="2C365488" w14:textId="77777777" w:rsidR="00E90567" w:rsidRDefault="00E90567"/>
        </w:tc>
        <w:tc>
          <w:tcPr>
            <w:tcW w:w="1728" w:type="dxa"/>
            <w:vAlign w:val="center"/>
          </w:tcPr>
          <w:p w14:paraId="3B559FA0" w14:textId="77777777" w:rsidR="00E90567" w:rsidRDefault="00E90567"/>
        </w:tc>
        <w:tc>
          <w:tcPr>
            <w:tcW w:w="1728" w:type="dxa"/>
            <w:vAlign w:val="center"/>
          </w:tcPr>
          <w:p w14:paraId="5ED99C22" w14:textId="77777777" w:rsidR="00E90567" w:rsidRDefault="00E90567"/>
        </w:tc>
      </w:tr>
      <w:tr w:rsidR="00E90567" w14:paraId="222C0DD1" w14:textId="77777777">
        <w:trPr>
          <w:jc w:val="center"/>
        </w:trPr>
        <w:tc>
          <w:tcPr>
            <w:tcW w:w="1728" w:type="dxa"/>
            <w:vAlign w:val="center"/>
          </w:tcPr>
          <w:p w14:paraId="2163FA44" w14:textId="77777777" w:rsidR="00E90567" w:rsidRDefault="00E90567"/>
        </w:tc>
        <w:tc>
          <w:tcPr>
            <w:tcW w:w="1728" w:type="dxa"/>
            <w:vAlign w:val="center"/>
          </w:tcPr>
          <w:p w14:paraId="1384C46B" w14:textId="77777777" w:rsidR="00E90567" w:rsidRDefault="00E90567"/>
        </w:tc>
        <w:tc>
          <w:tcPr>
            <w:tcW w:w="1728" w:type="dxa"/>
            <w:vAlign w:val="center"/>
          </w:tcPr>
          <w:p w14:paraId="676FFBCF" w14:textId="77777777" w:rsidR="00E90567" w:rsidRDefault="00E90567"/>
        </w:tc>
        <w:tc>
          <w:tcPr>
            <w:tcW w:w="1728" w:type="dxa"/>
            <w:vAlign w:val="center"/>
          </w:tcPr>
          <w:p w14:paraId="4E1C2437" w14:textId="77777777" w:rsidR="00E90567" w:rsidRDefault="00E90567"/>
        </w:tc>
        <w:tc>
          <w:tcPr>
            <w:tcW w:w="1728" w:type="dxa"/>
            <w:vAlign w:val="center"/>
          </w:tcPr>
          <w:p w14:paraId="28A64107" w14:textId="77777777" w:rsidR="00E90567" w:rsidRDefault="00E90567"/>
        </w:tc>
        <w:tc>
          <w:tcPr>
            <w:tcW w:w="1728" w:type="dxa"/>
            <w:vAlign w:val="center"/>
          </w:tcPr>
          <w:p w14:paraId="0D19645D" w14:textId="77777777" w:rsidR="00E90567" w:rsidRDefault="00E90567"/>
        </w:tc>
      </w:tr>
      <w:tr w:rsidR="00E90567" w14:paraId="56C774C1" w14:textId="77777777">
        <w:trPr>
          <w:jc w:val="center"/>
        </w:trPr>
        <w:tc>
          <w:tcPr>
            <w:tcW w:w="1728" w:type="dxa"/>
            <w:vAlign w:val="center"/>
          </w:tcPr>
          <w:p w14:paraId="0F1AD017" w14:textId="77777777" w:rsidR="00E90567" w:rsidRDefault="00E90567"/>
        </w:tc>
        <w:tc>
          <w:tcPr>
            <w:tcW w:w="1728" w:type="dxa"/>
            <w:vAlign w:val="center"/>
          </w:tcPr>
          <w:p w14:paraId="12ADA892" w14:textId="77777777" w:rsidR="00E90567" w:rsidRDefault="00E90567"/>
        </w:tc>
        <w:tc>
          <w:tcPr>
            <w:tcW w:w="1728" w:type="dxa"/>
            <w:vAlign w:val="center"/>
          </w:tcPr>
          <w:p w14:paraId="2B28B4F1" w14:textId="77777777" w:rsidR="00E90567" w:rsidRDefault="00E90567"/>
        </w:tc>
        <w:tc>
          <w:tcPr>
            <w:tcW w:w="1728" w:type="dxa"/>
            <w:vAlign w:val="center"/>
          </w:tcPr>
          <w:p w14:paraId="53B25B77" w14:textId="77777777" w:rsidR="00E90567" w:rsidRDefault="00E90567"/>
        </w:tc>
        <w:tc>
          <w:tcPr>
            <w:tcW w:w="1728" w:type="dxa"/>
            <w:vAlign w:val="center"/>
          </w:tcPr>
          <w:p w14:paraId="7C6BBCDE" w14:textId="77777777" w:rsidR="00E90567" w:rsidRDefault="00E90567"/>
        </w:tc>
        <w:tc>
          <w:tcPr>
            <w:tcW w:w="1728" w:type="dxa"/>
            <w:vAlign w:val="center"/>
          </w:tcPr>
          <w:p w14:paraId="4C398C48" w14:textId="77777777" w:rsidR="00E90567" w:rsidRDefault="00E90567"/>
        </w:tc>
      </w:tr>
    </w:tbl>
    <w:p w14:paraId="3CD6FEB5" w14:textId="77777777" w:rsidR="00E90567" w:rsidRDefault="00EE383C">
      <w:pPr>
        <w:pStyle w:val="21"/>
      </w:pPr>
      <w:r>
        <w:t>3. Команда проекта</w:t>
      </w:r>
    </w:p>
    <w:p w14:paraId="1EF6437E" w14:textId="77777777" w:rsidR="00E90567" w:rsidRPr="00EE383C" w:rsidRDefault="00EE383C">
      <w:pPr>
        <w:rPr>
          <w:lang w:val="ru-RU"/>
        </w:rPr>
      </w:pPr>
      <w:r w:rsidRPr="00EE383C">
        <w:rPr>
          <w:lang w:val="ru-RU"/>
        </w:rPr>
        <w:t xml:space="preserve">Указать специалистов, которые непосредственно будут задействованы в проекте </w:t>
      </w:r>
      <w:proofErr w:type="spellStart"/>
      <w:r>
        <w:t>Sinooil</w:t>
      </w:r>
      <w:proofErr w:type="spellEnd"/>
      <w:r w:rsidRPr="00EE383C">
        <w:rPr>
          <w:lang w:val="ru-RU"/>
        </w:rPr>
        <w:t>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072"/>
        <w:gridCol w:w="2072"/>
        <w:gridCol w:w="1036"/>
        <w:gridCol w:w="1036"/>
        <w:gridCol w:w="2072"/>
        <w:gridCol w:w="2072"/>
      </w:tblGrid>
      <w:tr w:rsidR="00E90567" w14:paraId="6FB9C61E" w14:textId="77777777" w:rsidTr="00902573">
        <w:trPr>
          <w:jc w:val="center"/>
        </w:trPr>
        <w:tc>
          <w:tcPr>
            <w:tcW w:w="2072" w:type="dxa"/>
            <w:shd w:val="clear" w:color="auto" w:fill="D9E1F2"/>
            <w:vAlign w:val="center"/>
          </w:tcPr>
          <w:p w14:paraId="6887F52A" w14:textId="77777777" w:rsidR="00E90567" w:rsidRDefault="00EE383C">
            <w:r>
              <w:rPr>
                <w:rFonts w:ascii="Arial" w:hAnsi="Arial"/>
                <w:b/>
                <w:sz w:val="14"/>
              </w:rPr>
              <w:t>Роль</w:t>
            </w:r>
          </w:p>
        </w:tc>
        <w:tc>
          <w:tcPr>
            <w:tcW w:w="2072" w:type="dxa"/>
            <w:shd w:val="clear" w:color="auto" w:fill="D9E1F2"/>
            <w:vAlign w:val="center"/>
          </w:tcPr>
          <w:p w14:paraId="42D53588" w14:textId="77777777" w:rsidR="00E90567" w:rsidRDefault="00EE383C">
            <w:r>
              <w:rPr>
                <w:rFonts w:ascii="Arial" w:hAnsi="Arial"/>
                <w:b/>
                <w:sz w:val="14"/>
              </w:rPr>
              <w:t>ФИО</w:t>
            </w:r>
          </w:p>
        </w:tc>
        <w:tc>
          <w:tcPr>
            <w:tcW w:w="2072" w:type="dxa"/>
            <w:gridSpan w:val="2"/>
            <w:shd w:val="clear" w:color="auto" w:fill="D9E1F2"/>
            <w:vAlign w:val="center"/>
          </w:tcPr>
          <w:p w14:paraId="0873841E" w14:textId="77777777" w:rsidR="00E90567" w:rsidRDefault="00EE383C">
            <w:r>
              <w:rPr>
                <w:rFonts w:ascii="Arial" w:hAnsi="Arial"/>
                <w:b/>
                <w:sz w:val="14"/>
              </w:rPr>
              <w:t>Опыт, лет</w:t>
            </w:r>
          </w:p>
        </w:tc>
        <w:tc>
          <w:tcPr>
            <w:tcW w:w="2072" w:type="dxa"/>
            <w:shd w:val="clear" w:color="auto" w:fill="D9E1F2"/>
            <w:vAlign w:val="center"/>
          </w:tcPr>
          <w:p w14:paraId="52A020FB" w14:textId="77777777" w:rsidR="00E90567" w:rsidRDefault="00EE383C">
            <w:r>
              <w:rPr>
                <w:rFonts w:ascii="Arial" w:hAnsi="Arial"/>
                <w:b/>
                <w:sz w:val="14"/>
              </w:rPr>
              <w:t>Занятость в проекте, %</w:t>
            </w:r>
          </w:p>
        </w:tc>
        <w:tc>
          <w:tcPr>
            <w:tcW w:w="2072" w:type="dxa"/>
            <w:shd w:val="clear" w:color="auto" w:fill="D9E1F2"/>
            <w:vAlign w:val="center"/>
          </w:tcPr>
          <w:p w14:paraId="641E0BDB" w14:textId="77777777" w:rsidR="00E90567" w:rsidRDefault="00EE383C">
            <w:r>
              <w:rPr>
                <w:rFonts w:ascii="Arial" w:hAnsi="Arial"/>
                <w:b/>
                <w:sz w:val="14"/>
              </w:rPr>
              <w:t>Штат / подрядчик</w:t>
            </w:r>
          </w:p>
        </w:tc>
      </w:tr>
      <w:tr w:rsidR="00E90567" w14:paraId="2263455C" w14:textId="77777777" w:rsidTr="00902573">
        <w:trPr>
          <w:jc w:val="center"/>
        </w:trPr>
        <w:tc>
          <w:tcPr>
            <w:tcW w:w="2072" w:type="dxa"/>
            <w:vAlign w:val="center"/>
          </w:tcPr>
          <w:p w14:paraId="44F26CE0" w14:textId="77777777" w:rsidR="00E90567" w:rsidRDefault="00EE383C">
            <w:r>
              <w:rPr>
                <w:rFonts w:ascii="Arial" w:hAnsi="Arial"/>
                <w:sz w:val="14"/>
              </w:rPr>
              <w:t>Account Manager</w:t>
            </w:r>
          </w:p>
        </w:tc>
        <w:tc>
          <w:tcPr>
            <w:tcW w:w="2072" w:type="dxa"/>
            <w:vAlign w:val="center"/>
          </w:tcPr>
          <w:p w14:paraId="2347B082" w14:textId="77777777" w:rsidR="00E90567" w:rsidRDefault="00E90567"/>
        </w:tc>
        <w:tc>
          <w:tcPr>
            <w:tcW w:w="2072" w:type="dxa"/>
            <w:gridSpan w:val="2"/>
            <w:vAlign w:val="center"/>
          </w:tcPr>
          <w:p w14:paraId="104B2A9E" w14:textId="77777777" w:rsidR="00E90567" w:rsidRDefault="00E90567"/>
        </w:tc>
        <w:tc>
          <w:tcPr>
            <w:tcW w:w="2072" w:type="dxa"/>
            <w:vAlign w:val="center"/>
          </w:tcPr>
          <w:p w14:paraId="2EAEBC80" w14:textId="77777777" w:rsidR="00E90567" w:rsidRDefault="00E90567"/>
        </w:tc>
        <w:tc>
          <w:tcPr>
            <w:tcW w:w="2072" w:type="dxa"/>
            <w:vAlign w:val="center"/>
          </w:tcPr>
          <w:p w14:paraId="008250D2" w14:textId="77777777" w:rsidR="00E90567" w:rsidRDefault="00E90567"/>
        </w:tc>
      </w:tr>
      <w:tr w:rsidR="00E90567" w14:paraId="2A5E7D67" w14:textId="77777777" w:rsidTr="00902573">
        <w:trPr>
          <w:jc w:val="center"/>
        </w:trPr>
        <w:tc>
          <w:tcPr>
            <w:tcW w:w="2072" w:type="dxa"/>
            <w:vAlign w:val="center"/>
          </w:tcPr>
          <w:p w14:paraId="55688F52" w14:textId="77777777" w:rsidR="00E90567" w:rsidRDefault="00EE383C">
            <w:r>
              <w:rPr>
                <w:rFonts w:ascii="Arial" w:hAnsi="Arial"/>
                <w:sz w:val="14"/>
              </w:rPr>
              <w:t>SMM Manager</w:t>
            </w:r>
          </w:p>
        </w:tc>
        <w:tc>
          <w:tcPr>
            <w:tcW w:w="2072" w:type="dxa"/>
            <w:vAlign w:val="center"/>
          </w:tcPr>
          <w:p w14:paraId="274F2B46" w14:textId="77777777" w:rsidR="00E90567" w:rsidRDefault="00E90567"/>
        </w:tc>
        <w:tc>
          <w:tcPr>
            <w:tcW w:w="2072" w:type="dxa"/>
            <w:gridSpan w:val="2"/>
            <w:vAlign w:val="center"/>
          </w:tcPr>
          <w:p w14:paraId="233BDC92" w14:textId="77777777" w:rsidR="00E90567" w:rsidRDefault="00E90567"/>
        </w:tc>
        <w:tc>
          <w:tcPr>
            <w:tcW w:w="2072" w:type="dxa"/>
            <w:vAlign w:val="center"/>
          </w:tcPr>
          <w:p w14:paraId="4A899319" w14:textId="77777777" w:rsidR="00E90567" w:rsidRDefault="00E90567"/>
        </w:tc>
        <w:tc>
          <w:tcPr>
            <w:tcW w:w="2072" w:type="dxa"/>
            <w:vAlign w:val="center"/>
          </w:tcPr>
          <w:p w14:paraId="1ADCF98E" w14:textId="77777777" w:rsidR="00E90567" w:rsidRDefault="00E90567"/>
        </w:tc>
      </w:tr>
      <w:tr w:rsidR="00E90567" w14:paraId="16D6954E" w14:textId="77777777" w:rsidTr="00902573">
        <w:trPr>
          <w:jc w:val="center"/>
        </w:trPr>
        <w:tc>
          <w:tcPr>
            <w:tcW w:w="2072" w:type="dxa"/>
            <w:vAlign w:val="center"/>
          </w:tcPr>
          <w:p w14:paraId="05FD9078" w14:textId="77777777" w:rsidR="00E90567" w:rsidRDefault="00EE383C">
            <w:r>
              <w:rPr>
                <w:rFonts w:ascii="Arial" w:hAnsi="Arial"/>
                <w:sz w:val="14"/>
              </w:rPr>
              <w:t>Копирайтер</w:t>
            </w:r>
          </w:p>
        </w:tc>
        <w:tc>
          <w:tcPr>
            <w:tcW w:w="2072" w:type="dxa"/>
            <w:vAlign w:val="center"/>
          </w:tcPr>
          <w:p w14:paraId="6B9BF9F9" w14:textId="77777777" w:rsidR="00E90567" w:rsidRDefault="00E90567"/>
        </w:tc>
        <w:tc>
          <w:tcPr>
            <w:tcW w:w="2072" w:type="dxa"/>
            <w:gridSpan w:val="2"/>
            <w:vAlign w:val="center"/>
          </w:tcPr>
          <w:p w14:paraId="59D1B001" w14:textId="77777777" w:rsidR="00E90567" w:rsidRDefault="00E90567"/>
        </w:tc>
        <w:tc>
          <w:tcPr>
            <w:tcW w:w="2072" w:type="dxa"/>
            <w:vAlign w:val="center"/>
          </w:tcPr>
          <w:p w14:paraId="5C59FB71" w14:textId="77777777" w:rsidR="00E90567" w:rsidRDefault="00E90567"/>
        </w:tc>
        <w:tc>
          <w:tcPr>
            <w:tcW w:w="2072" w:type="dxa"/>
            <w:vAlign w:val="center"/>
          </w:tcPr>
          <w:p w14:paraId="030FF92B" w14:textId="77777777" w:rsidR="00E90567" w:rsidRDefault="00E90567"/>
        </w:tc>
      </w:tr>
      <w:tr w:rsidR="00E90567" w14:paraId="6CABA115" w14:textId="77777777" w:rsidTr="00902573">
        <w:trPr>
          <w:jc w:val="center"/>
        </w:trPr>
        <w:tc>
          <w:tcPr>
            <w:tcW w:w="2072" w:type="dxa"/>
            <w:vAlign w:val="center"/>
          </w:tcPr>
          <w:p w14:paraId="412A8B09" w14:textId="77777777" w:rsidR="00E90567" w:rsidRDefault="00EE383C">
            <w:r>
              <w:rPr>
                <w:rFonts w:ascii="Arial" w:hAnsi="Arial"/>
                <w:sz w:val="14"/>
              </w:rPr>
              <w:t>Дизайнер</w:t>
            </w:r>
          </w:p>
        </w:tc>
        <w:tc>
          <w:tcPr>
            <w:tcW w:w="2072" w:type="dxa"/>
            <w:vAlign w:val="center"/>
          </w:tcPr>
          <w:p w14:paraId="18249D82" w14:textId="77777777" w:rsidR="00E90567" w:rsidRDefault="00E90567"/>
        </w:tc>
        <w:tc>
          <w:tcPr>
            <w:tcW w:w="2072" w:type="dxa"/>
            <w:gridSpan w:val="2"/>
            <w:vAlign w:val="center"/>
          </w:tcPr>
          <w:p w14:paraId="4FBB3168" w14:textId="77777777" w:rsidR="00E90567" w:rsidRDefault="00E90567"/>
        </w:tc>
        <w:tc>
          <w:tcPr>
            <w:tcW w:w="2072" w:type="dxa"/>
            <w:vAlign w:val="center"/>
          </w:tcPr>
          <w:p w14:paraId="5B6350ED" w14:textId="77777777" w:rsidR="00E90567" w:rsidRDefault="00E90567"/>
        </w:tc>
        <w:tc>
          <w:tcPr>
            <w:tcW w:w="2072" w:type="dxa"/>
            <w:vAlign w:val="center"/>
          </w:tcPr>
          <w:p w14:paraId="0C246E64" w14:textId="77777777" w:rsidR="00E90567" w:rsidRDefault="00E90567"/>
        </w:tc>
      </w:tr>
      <w:tr w:rsidR="00E90567" w14:paraId="47D92700" w14:textId="77777777" w:rsidTr="00902573">
        <w:trPr>
          <w:jc w:val="center"/>
        </w:trPr>
        <w:tc>
          <w:tcPr>
            <w:tcW w:w="2072" w:type="dxa"/>
            <w:vAlign w:val="center"/>
          </w:tcPr>
          <w:p w14:paraId="0F4F89A9" w14:textId="77777777" w:rsidR="00E90567" w:rsidRDefault="00EE383C">
            <w:r>
              <w:rPr>
                <w:rFonts w:ascii="Arial" w:hAnsi="Arial"/>
                <w:sz w:val="14"/>
              </w:rPr>
              <w:t>Видеограф</w:t>
            </w:r>
          </w:p>
        </w:tc>
        <w:tc>
          <w:tcPr>
            <w:tcW w:w="2072" w:type="dxa"/>
            <w:vAlign w:val="center"/>
          </w:tcPr>
          <w:p w14:paraId="7960C293" w14:textId="77777777" w:rsidR="00E90567" w:rsidRDefault="00E90567"/>
        </w:tc>
        <w:tc>
          <w:tcPr>
            <w:tcW w:w="2072" w:type="dxa"/>
            <w:gridSpan w:val="2"/>
            <w:vAlign w:val="center"/>
          </w:tcPr>
          <w:p w14:paraId="10158BB9" w14:textId="77777777" w:rsidR="00E90567" w:rsidRDefault="00E90567"/>
        </w:tc>
        <w:tc>
          <w:tcPr>
            <w:tcW w:w="2072" w:type="dxa"/>
            <w:vAlign w:val="center"/>
          </w:tcPr>
          <w:p w14:paraId="259DF786" w14:textId="77777777" w:rsidR="00E90567" w:rsidRDefault="00E90567"/>
        </w:tc>
        <w:tc>
          <w:tcPr>
            <w:tcW w:w="2072" w:type="dxa"/>
            <w:vAlign w:val="center"/>
          </w:tcPr>
          <w:p w14:paraId="382D95D0" w14:textId="77777777" w:rsidR="00E90567" w:rsidRDefault="00E90567"/>
        </w:tc>
      </w:tr>
      <w:tr w:rsidR="00E90567" w14:paraId="02B0C9BF" w14:textId="77777777" w:rsidTr="00902573">
        <w:trPr>
          <w:jc w:val="center"/>
        </w:trPr>
        <w:tc>
          <w:tcPr>
            <w:tcW w:w="2072" w:type="dxa"/>
            <w:vAlign w:val="center"/>
          </w:tcPr>
          <w:p w14:paraId="70BA0E0D" w14:textId="77777777" w:rsidR="00E90567" w:rsidRDefault="00EE383C">
            <w:r>
              <w:rPr>
                <w:rFonts w:ascii="Arial" w:hAnsi="Arial"/>
                <w:sz w:val="14"/>
              </w:rPr>
              <w:t>Фотограф</w:t>
            </w:r>
          </w:p>
        </w:tc>
        <w:tc>
          <w:tcPr>
            <w:tcW w:w="2072" w:type="dxa"/>
            <w:vAlign w:val="center"/>
          </w:tcPr>
          <w:p w14:paraId="2CBA0DDF" w14:textId="77777777" w:rsidR="00E90567" w:rsidRDefault="00E90567"/>
        </w:tc>
        <w:tc>
          <w:tcPr>
            <w:tcW w:w="2072" w:type="dxa"/>
            <w:gridSpan w:val="2"/>
            <w:vAlign w:val="center"/>
          </w:tcPr>
          <w:p w14:paraId="78B2F54E" w14:textId="77777777" w:rsidR="00E90567" w:rsidRDefault="00E90567"/>
        </w:tc>
        <w:tc>
          <w:tcPr>
            <w:tcW w:w="2072" w:type="dxa"/>
            <w:vAlign w:val="center"/>
          </w:tcPr>
          <w:p w14:paraId="0479B49D" w14:textId="77777777" w:rsidR="00E90567" w:rsidRDefault="00E90567"/>
        </w:tc>
        <w:tc>
          <w:tcPr>
            <w:tcW w:w="2072" w:type="dxa"/>
            <w:vAlign w:val="center"/>
          </w:tcPr>
          <w:p w14:paraId="4C12A780" w14:textId="77777777" w:rsidR="00E90567" w:rsidRDefault="00E90567"/>
        </w:tc>
      </w:tr>
      <w:tr w:rsidR="00E90567" w14:paraId="793094F9" w14:textId="77777777" w:rsidTr="00902573">
        <w:trPr>
          <w:jc w:val="center"/>
        </w:trPr>
        <w:tc>
          <w:tcPr>
            <w:tcW w:w="2072" w:type="dxa"/>
            <w:vAlign w:val="center"/>
          </w:tcPr>
          <w:p w14:paraId="5277FAD5" w14:textId="77777777" w:rsidR="00E90567" w:rsidRDefault="00EE383C">
            <w:proofErr w:type="spellStart"/>
            <w:r>
              <w:rPr>
                <w:rFonts w:ascii="Arial" w:hAnsi="Arial"/>
                <w:sz w:val="14"/>
              </w:rPr>
              <w:t>Targetologist</w:t>
            </w:r>
            <w:proofErr w:type="spellEnd"/>
          </w:p>
        </w:tc>
        <w:tc>
          <w:tcPr>
            <w:tcW w:w="2072" w:type="dxa"/>
            <w:vAlign w:val="center"/>
          </w:tcPr>
          <w:p w14:paraId="5FDE97F7" w14:textId="77777777" w:rsidR="00E90567" w:rsidRDefault="00E90567"/>
        </w:tc>
        <w:tc>
          <w:tcPr>
            <w:tcW w:w="2072" w:type="dxa"/>
            <w:gridSpan w:val="2"/>
            <w:vAlign w:val="center"/>
          </w:tcPr>
          <w:p w14:paraId="7978CFB8" w14:textId="77777777" w:rsidR="00E90567" w:rsidRDefault="00E90567"/>
        </w:tc>
        <w:tc>
          <w:tcPr>
            <w:tcW w:w="2072" w:type="dxa"/>
            <w:vAlign w:val="center"/>
          </w:tcPr>
          <w:p w14:paraId="2AC5C2C0" w14:textId="77777777" w:rsidR="00E90567" w:rsidRDefault="00E90567"/>
        </w:tc>
        <w:tc>
          <w:tcPr>
            <w:tcW w:w="2072" w:type="dxa"/>
            <w:vAlign w:val="center"/>
          </w:tcPr>
          <w:p w14:paraId="7FCD11CB" w14:textId="77777777" w:rsidR="00E90567" w:rsidRDefault="00E90567"/>
        </w:tc>
      </w:tr>
      <w:tr w:rsidR="00E90567" w14:paraId="236E5708" w14:textId="77777777" w:rsidTr="00902573">
        <w:trPr>
          <w:jc w:val="center"/>
        </w:trPr>
        <w:tc>
          <w:tcPr>
            <w:tcW w:w="2072" w:type="dxa"/>
            <w:vAlign w:val="center"/>
          </w:tcPr>
          <w:p w14:paraId="57D01ACD" w14:textId="77777777" w:rsidR="00E90567" w:rsidRDefault="00EE383C">
            <w:r>
              <w:rPr>
                <w:rFonts w:ascii="Arial" w:hAnsi="Arial"/>
                <w:sz w:val="14"/>
              </w:rPr>
              <w:t>Community Manager</w:t>
            </w:r>
          </w:p>
        </w:tc>
        <w:tc>
          <w:tcPr>
            <w:tcW w:w="2072" w:type="dxa"/>
            <w:vAlign w:val="center"/>
          </w:tcPr>
          <w:p w14:paraId="65A11E89" w14:textId="77777777" w:rsidR="00E90567" w:rsidRDefault="00E90567"/>
        </w:tc>
        <w:tc>
          <w:tcPr>
            <w:tcW w:w="2072" w:type="dxa"/>
            <w:gridSpan w:val="2"/>
            <w:vAlign w:val="center"/>
          </w:tcPr>
          <w:p w14:paraId="711D5578" w14:textId="77777777" w:rsidR="00E90567" w:rsidRDefault="00E90567"/>
        </w:tc>
        <w:tc>
          <w:tcPr>
            <w:tcW w:w="2072" w:type="dxa"/>
            <w:vAlign w:val="center"/>
          </w:tcPr>
          <w:p w14:paraId="0D64C56C" w14:textId="77777777" w:rsidR="00E90567" w:rsidRDefault="00E90567"/>
        </w:tc>
        <w:tc>
          <w:tcPr>
            <w:tcW w:w="2072" w:type="dxa"/>
            <w:vAlign w:val="center"/>
          </w:tcPr>
          <w:p w14:paraId="6DF67834" w14:textId="77777777" w:rsidR="00E90567" w:rsidRDefault="00E90567"/>
        </w:tc>
      </w:tr>
      <w:tr w:rsidR="00E90567" w14:paraId="05895CCD" w14:textId="77777777" w:rsidTr="00902573">
        <w:trPr>
          <w:jc w:val="center"/>
        </w:trPr>
        <w:tc>
          <w:tcPr>
            <w:tcW w:w="2072" w:type="dxa"/>
            <w:vAlign w:val="center"/>
          </w:tcPr>
          <w:p w14:paraId="5B0D9636" w14:textId="77777777" w:rsidR="00E90567" w:rsidRDefault="00EE383C">
            <w:r>
              <w:rPr>
                <w:rFonts w:ascii="Arial" w:hAnsi="Arial"/>
                <w:sz w:val="14"/>
              </w:rPr>
              <w:t>Иное</w:t>
            </w:r>
          </w:p>
        </w:tc>
        <w:tc>
          <w:tcPr>
            <w:tcW w:w="2072" w:type="dxa"/>
            <w:vAlign w:val="center"/>
          </w:tcPr>
          <w:p w14:paraId="33487A52" w14:textId="77777777" w:rsidR="00E90567" w:rsidRDefault="00E90567"/>
        </w:tc>
        <w:tc>
          <w:tcPr>
            <w:tcW w:w="2072" w:type="dxa"/>
            <w:gridSpan w:val="2"/>
            <w:vAlign w:val="center"/>
          </w:tcPr>
          <w:p w14:paraId="7E897A6C" w14:textId="77777777" w:rsidR="00E90567" w:rsidRDefault="00E90567"/>
        </w:tc>
        <w:tc>
          <w:tcPr>
            <w:tcW w:w="2072" w:type="dxa"/>
            <w:vAlign w:val="center"/>
          </w:tcPr>
          <w:p w14:paraId="7B2A6AE1" w14:textId="77777777" w:rsidR="00E90567" w:rsidRDefault="00E90567"/>
        </w:tc>
        <w:tc>
          <w:tcPr>
            <w:tcW w:w="2072" w:type="dxa"/>
            <w:vAlign w:val="center"/>
          </w:tcPr>
          <w:p w14:paraId="25533E4A" w14:textId="77777777" w:rsidR="00E90567" w:rsidRDefault="00E90567"/>
        </w:tc>
      </w:tr>
      <w:tr w:rsidR="00E90567" w14:paraId="67F3AF0E" w14:textId="77777777" w:rsidTr="00902573">
        <w:trPr>
          <w:jc w:val="center"/>
        </w:trPr>
        <w:tc>
          <w:tcPr>
            <w:tcW w:w="5180" w:type="dxa"/>
            <w:gridSpan w:val="3"/>
            <w:shd w:val="clear" w:color="auto" w:fill="D9E1F2"/>
            <w:vAlign w:val="center"/>
          </w:tcPr>
          <w:p w14:paraId="01B9D5A1" w14:textId="77777777" w:rsidR="00E90567" w:rsidRDefault="00EE383C">
            <w:r>
              <w:rPr>
                <w:rFonts w:ascii="Arial" w:hAnsi="Arial"/>
                <w:b/>
                <w:sz w:val="16"/>
              </w:rPr>
              <w:t>Параметр</w:t>
            </w:r>
          </w:p>
        </w:tc>
        <w:tc>
          <w:tcPr>
            <w:tcW w:w="5180" w:type="dxa"/>
            <w:gridSpan w:val="3"/>
            <w:shd w:val="clear" w:color="auto" w:fill="D9E1F2"/>
            <w:vAlign w:val="center"/>
          </w:tcPr>
          <w:p w14:paraId="51453AF5" w14:textId="77777777" w:rsidR="00E90567" w:rsidRDefault="00EE383C">
            <w:r>
              <w:rPr>
                <w:rFonts w:ascii="Arial" w:hAnsi="Arial"/>
                <w:b/>
                <w:sz w:val="16"/>
              </w:rPr>
              <w:t>Да / Нет / Описание</w:t>
            </w:r>
          </w:p>
        </w:tc>
      </w:tr>
      <w:tr w:rsidR="00E90567" w14:paraId="6538374D" w14:textId="77777777" w:rsidTr="00902573">
        <w:trPr>
          <w:jc w:val="center"/>
        </w:trPr>
        <w:tc>
          <w:tcPr>
            <w:tcW w:w="5180" w:type="dxa"/>
            <w:gridSpan w:val="3"/>
            <w:vAlign w:val="center"/>
          </w:tcPr>
          <w:p w14:paraId="0A8FAC11" w14:textId="77777777" w:rsidR="00E90567" w:rsidRDefault="00EE383C">
            <w:r>
              <w:rPr>
                <w:rFonts w:ascii="Arial" w:hAnsi="Arial"/>
                <w:sz w:val="16"/>
              </w:rPr>
              <w:t>Наличие казахоязычного копирайтера</w:t>
            </w:r>
          </w:p>
        </w:tc>
        <w:tc>
          <w:tcPr>
            <w:tcW w:w="5180" w:type="dxa"/>
            <w:gridSpan w:val="3"/>
            <w:vAlign w:val="center"/>
          </w:tcPr>
          <w:p w14:paraId="44C8C4F1" w14:textId="77777777" w:rsidR="00E90567" w:rsidRDefault="00E90567"/>
        </w:tc>
      </w:tr>
      <w:tr w:rsidR="00E90567" w14:paraId="696B344B" w14:textId="77777777" w:rsidTr="00902573">
        <w:trPr>
          <w:jc w:val="center"/>
        </w:trPr>
        <w:tc>
          <w:tcPr>
            <w:tcW w:w="5180" w:type="dxa"/>
            <w:gridSpan w:val="3"/>
            <w:vAlign w:val="center"/>
          </w:tcPr>
          <w:p w14:paraId="51AEDF41" w14:textId="77777777" w:rsidR="00E90567" w:rsidRDefault="00EE383C">
            <w:proofErr w:type="spellStart"/>
            <w:r>
              <w:rPr>
                <w:rFonts w:ascii="Arial" w:hAnsi="Arial"/>
                <w:sz w:val="16"/>
              </w:rPr>
              <w:t>Собственное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фото</w:t>
            </w:r>
            <w:proofErr w:type="spellEnd"/>
            <w:r>
              <w:rPr>
                <w:rFonts w:ascii="Arial" w:hAnsi="Arial"/>
                <w:sz w:val="16"/>
              </w:rPr>
              <w:t>-/</w:t>
            </w:r>
            <w:proofErr w:type="spellStart"/>
            <w:r>
              <w:rPr>
                <w:rFonts w:ascii="Arial" w:hAnsi="Arial"/>
                <w:sz w:val="16"/>
              </w:rPr>
              <w:t>видеооборудование</w:t>
            </w:r>
            <w:proofErr w:type="spellEnd"/>
          </w:p>
        </w:tc>
        <w:tc>
          <w:tcPr>
            <w:tcW w:w="5180" w:type="dxa"/>
            <w:gridSpan w:val="3"/>
            <w:vAlign w:val="center"/>
          </w:tcPr>
          <w:p w14:paraId="3CB79210" w14:textId="77777777" w:rsidR="00E90567" w:rsidRDefault="00E90567"/>
        </w:tc>
      </w:tr>
      <w:tr w:rsidR="00E90567" w:rsidRPr="00902573" w14:paraId="137FDA14" w14:textId="77777777" w:rsidTr="00902573">
        <w:trPr>
          <w:jc w:val="center"/>
        </w:trPr>
        <w:tc>
          <w:tcPr>
            <w:tcW w:w="5180" w:type="dxa"/>
            <w:gridSpan w:val="3"/>
            <w:vAlign w:val="center"/>
          </w:tcPr>
          <w:p w14:paraId="50C22232" w14:textId="77777777" w:rsidR="00E90567" w:rsidRPr="00EE383C" w:rsidRDefault="00EE383C">
            <w:pPr>
              <w:rPr>
                <w:lang w:val="ru-RU"/>
              </w:rPr>
            </w:pPr>
            <w:r w:rsidRPr="00EE383C">
              <w:rPr>
                <w:rFonts w:ascii="Arial" w:hAnsi="Arial"/>
                <w:sz w:val="16"/>
                <w:lang w:val="ru-RU"/>
              </w:rPr>
              <w:t>Возможность выезда в регионы Казахстана</w:t>
            </w:r>
          </w:p>
        </w:tc>
        <w:tc>
          <w:tcPr>
            <w:tcW w:w="5180" w:type="dxa"/>
            <w:gridSpan w:val="3"/>
            <w:vAlign w:val="center"/>
          </w:tcPr>
          <w:p w14:paraId="42A6C928" w14:textId="77777777" w:rsidR="00E90567" w:rsidRPr="00EE383C" w:rsidRDefault="00E90567">
            <w:pPr>
              <w:rPr>
                <w:lang w:val="ru-RU"/>
              </w:rPr>
            </w:pPr>
          </w:p>
        </w:tc>
      </w:tr>
    </w:tbl>
    <w:p w14:paraId="2ADDDCE0" w14:textId="77777777" w:rsidR="00E90567" w:rsidRPr="00EE383C" w:rsidRDefault="00EE383C">
      <w:pPr>
        <w:pStyle w:val="1"/>
        <w:rPr>
          <w:lang w:val="ru-RU"/>
        </w:rPr>
      </w:pPr>
      <w:r w:rsidRPr="00EE383C">
        <w:rPr>
          <w:lang w:val="ru-RU"/>
        </w:rPr>
        <w:t>РАЗДЕЛ Б. ТЕХНИЧЕСКОЕ ПРЕДЛОЖЕНИЕ</w:t>
      </w:r>
    </w:p>
    <w:p w14:paraId="1C6F4C47" w14:textId="77777777" w:rsidR="00E90567" w:rsidRPr="00EE383C" w:rsidRDefault="00EE383C">
      <w:pPr>
        <w:pStyle w:val="21"/>
        <w:rPr>
          <w:lang w:val="ru-RU"/>
        </w:rPr>
      </w:pPr>
      <w:r w:rsidRPr="00EE383C">
        <w:rPr>
          <w:lang w:val="ru-RU"/>
        </w:rPr>
        <w:t>4. Планируемый объём контента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54"/>
        <w:gridCol w:w="3453"/>
        <w:gridCol w:w="3453"/>
      </w:tblGrid>
      <w:tr w:rsidR="00E90567" w14:paraId="05F9AF9A" w14:textId="77777777" w:rsidTr="00902573">
        <w:trPr>
          <w:jc w:val="center"/>
        </w:trPr>
        <w:tc>
          <w:tcPr>
            <w:tcW w:w="3454" w:type="dxa"/>
            <w:shd w:val="clear" w:color="auto" w:fill="D9E1F2"/>
            <w:vAlign w:val="center"/>
          </w:tcPr>
          <w:p w14:paraId="74CDFD88" w14:textId="77777777" w:rsidR="00E90567" w:rsidRDefault="00EE383C">
            <w:proofErr w:type="spellStart"/>
            <w:r>
              <w:rPr>
                <w:rFonts w:ascii="Arial" w:hAnsi="Arial"/>
                <w:b/>
                <w:sz w:val="16"/>
              </w:rPr>
              <w:t>Вид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контента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6"/>
              </w:rPr>
              <w:t>работы</w:t>
            </w:r>
            <w:proofErr w:type="spellEnd"/>
          </w:p>
        </w:tc>
        <w:tc>
          <w:tcPr>
            <w:tcW w:w="3453" w:type="dxa"/>
            <w:shd w:val="clear" w:color="auto" w:fill="D9E1F2"/>
            <w:vAlign w:val="center"/>
          </w:tcPr>
          <w:p w14:paraId="1D843E06" w14:textId="77777777" w:rsidR="00E90567" w:rsidRDefault="00EE383C">
            <w:r>
              <w:rPr>
                <w:rFonts w:ascii="Arial" w:hAnsi="Arial"/>
                <w:b/>
                <w:sz w:val="16"/>
              </w:rPr>
              <w:t>Количество в месяц</w:t>
            </w:r>
          </w:p>
        </w:tc>
        <w:tc>
          <w:tcPr>
            <w:tcW w:w="3453" w:type="dxa"/>
            <w:shd w:val="clear" w:color="auto" w:fill="D9E1F2"/>
            <w:vAlign w:val="center"/>
          </w:tcPr>
          <w:p w14:paraId="754C2A24" w14:textId="77777777" w:rsidR="00E90567" w:rsidRDefault="00EE383C">
            <w:r>
              <w:rPr>
                <w:rFonts w:ascii="Arial" w:hAnsi="Arial"/>
                <w:b/>
                <w:sz w:val="16"/>
              </w:rPr>
              <w:t>Входит в стоимость?</w:t>
            </w:r>
          </w:p>
        </w:tc>
      </w:tr>
      <w:tr w:rsidR="00E90567" w14:paraId="20313A71" w14:textId="77777777" w:rsidTr="00902573">
        <w:trPr>
          <w:jc w:val="center"/>
        </w:trPr>
        <w:tc>
          <w:tcPr>
            <w:tcW w:w="3454" w:type="dxa"/>
            <w:vAlign w:val="center"/>
          </w:tcPr>
          <w:p w14:paraId="56D25879" w14:textId="77777777" w:rsidR="00E90567" w:rsidRDefault="00EE383C">
            <w:r>
              <w:rPr>
                <w:rFonts w:ascii="Arial" w:hAnsi="Arial"/>
                <w:sz w:val="16"/>
              </w:rPr>
              <w:t>Посты Instagram</w:t>
            </w:r>
          </w:p>
        </w:tc>
        <w:tc>
          <w:tcPr>
            <w:tcW w:w="3453" w:type="dxa"/>
            <w:vAlign w:val="center"/>
          </w:tcPr>
          <w:p w14:paraId="5E98F644" w14:textId="77777777" w:rsidR="00E90567" w:rsidRDefault="00E90567"/>
        </w:tc>
        <w:tc>
          <w:tcPr>
            <w:tcW w:w="3453" w:type="dxa"/>
            <w:vAlign w:val="center"/>
          </w:tcPr>
          <w:p w14:paraId="2D2C8684" w14:textId="77777777" w:rsidR="00E90567" w:rsidRDefault="00E90567"/>
        </w:tc>
      </w:tr>
      <w:tr w:rsidR="00E90567" w14:paraId="45815C44" w14:textId="77777777" w:rsidTr="00902573">
        <w:trPr>
          <w:jc w:val="center"/>
        </w:trPr>
        <w:tc>
          <w:tcPr>
            <w:tcW w:w="3454" w:type="dxa"/>
            <w:vAlign w:val="center"/>
          </w:tcPr>
          <w:p w14:paraId="1B9BB547" w14:textId="77777777" w:rsidR="00E90567" w:rsidRDefault="00EE383C">
            <w:r>
              <w:rPr>
                <w:rFonts w:ascii="Arial" w:hAnsi="Arial"/>
                <w:sz w:val="16"/>
              </w:rPr>
              <w:t>Reels Instagram</w:t>
            </w:r>
          </w:p>
        </w:tc>
        <w:tc>
          <w:tcPr>
            <w:tcW w:w="3453" w:type="dxa"/>
            <w:vAlign w:val="center"/>
          </w:tcPr>
          <w:p w14:paraId="3F862F6C" w14:textId="77777777" w:rsidR="00E90567" w:rsidRDefault="00E90567"/>
        </w:tc>
        <w:tc>
          <w:tcPr>
            <w:tcW w:w="3453" w:type="dxa"/>
            <w:vAlign w:val="center"/>
          </w:tcPr>
          <w:p w14:paraId="19D618C7" w14:textId="77777777" w:rsidR="00E90567" w:rsidRDefault="00E90567"/>
        </w:tc>
      </w:tr>
      <w:tr w:rsidR="00E90567" w14:paraId="7B8866B5" w14:textId="77777777" w:rsidTr="00902573">
        <w:trPr>
          <w:jc w:val="center"/>
        </w:trPr>
        <w:tc>
          <w:tcPr>
            <w:tcW w:w="3454" w:type="dxa"/>
            <w:vAlign w:val="center"/>
          </w:tcPr>
          <w:p w14:paraId="0EBD6B9B" w14:textId="77777777" w:rsidR="00E90567" w:rsidRDefault="00EE383C">
            <w:r>
              <w:rPr>
                <w:rFonts w:ascii="Arial" w:hAnsi="Arial"/>
                <w:sz w:val="16"/>
              </w:rPr>
              <w:t>Stories Instagram</w:t>
            </w:r>
          </w:p>
        </w:tc>
        <w:tc>
          <w:tcPr>
            <w:tcW w:w="3453" w:type="dxa"/>
            <w:vAlign w:val="center"/>
          </w:tcPr>
          <w:p w14:paraId="13D5D70D" w14:textId="77777777" w:rsidR="00E90567" w:rsidRDefault="00E90567"/>
        </w:tc>
        <w:tc>
          <w:tcPr>
            <w:tcW w:w="3453" w:type="dxa"/>
            <w:vAlign w:val="center"/>
          </w:tcPr>
          <w:p w14:paraId="0DA7DAFA" w14:textId="77777777" w:rsidR="00E90567" w:rsidRDefault="00E90567"/>
        </w:tc>
      </w:tr>
      <w:tr w:rsidR="00E90567" w14:paraId="2EE596ED" w14:textId="77777777" w:rsidTr="00902573">
        <w:trPr>
          <w:jc w:val="center"/>
        </w:trPr>
        <w:tc>
          <w:tcPr>
            <w:tcW w:w="3454" w:type="dxa"/>
            <w:vAlign w:val="center"/>
          </w:tcPr>
          <w:p w14:paraId="3AD92F4E" w14:textId="77777777" w:rsidR="00E90567" w:rsidRDefault="00EE383C">
            <w:r>
              <w:rPr>
                <w:rFonts w:ascii="Arial" w:hAnsi="Arial"/>
                <w:sz w:val="16"/>
              </w:rPr>
              <w:t>TikTok</w:t>
            </w:r>
          </w:p>
        </w:tc>
        <w:tc>
          <w:tcPr>
            <w:tcW w:w="3453" w:type="dxa"/>
            <w:vAlign w:val="center"/>
          </w:tcPr>
          <w:p w14:paraId="38F89F6C" w14:textId="77777777" w:rsidR="00E90567" w:rsidRDefault="00E90567"/>
        </w:tc>
        <w:tc>
          <w:tcPr>
            <w:tcW w:w="3453" w:type="dxa"/>
            <w:vAlign w:val="center"/>
          </w:tcPr>
          <w:p w14:paraId="3508D524" w14:textId="77777777" w:rsidR="00E90567" w:rsidRDefault="00E90567"/>
        </w:tc>
      </w:tr>
      <w:tr w:rsidR="00E90567" w14:paraId="2C9E7646" w14:textId="77777777" w:rsidTr="00902573">
        <w:trPr>
          <w:jc w:val="center"/>
        </w:trPr>
        <w:tc>
          <w:tcPr>
            <w:tcW w:w="3454" w:type="dxa"/>
            <w:vAlign w:val="center"/>
          </w:tcPr>
          <w:p w14:paraId="38DBDB90" w14:textId="77777777" w:rsidR="00E90567" w:rsidRDefault="00EE383C">
            <w:r>
              <w:rPr>
                <w:rFonts w:ascii="Arial" w:hAnsi="Arial"/>
                <w:sz w:val="16"/>
              </w:rPr>
              <w:t>Threads</w:t>
            </w:r>
          </w:p>
        </w:tc>
        <w:tc>
          <w:tcPr>
            <w:tcW w:w="3453" w:type="dxa"/>
            <w:vAlign w:val="center"/>
          </w:tcPr>
          <w:p w14:paraId="6582F881" w14:textId="77777777" w:rsidR="00E90567" w:rsidRDefault="00E90567"/>
        </w:tc>
        <w:tc>
          <w:tcPr>
            <w:tcW w:w="3453" w:type="dxa"/>
            <w:vAlign w:val="center"/>
          </w:tcPr>
          <w:p w14:paraId="6C845ADB" w14:textId="77777777" w:rsidR="00E90567" w:rsidRDefault="00E90567"/>
        </w:tc>
      </w:tr>
      <w:tr w:rsidR="00E90567" w14:paraId="50D637C1" w14:textId="77777777" w:rsidTr="00902573">
        <w:trPr>
          <w:jc w:val="center"/>
        </w:trPr>
        <w:tc>
          <w:tcPr>
            <w:tcW w:w="3454" w:type="dxa"/>
            <w:vAlign w:val="center"/>
          </w:tcPr>
          <w:p w14:paraId="562C38DD" w14:textId="77777777" w:rsidR="00E90567" w:rsidRDefault="00EE383C">
            <w:r>
              <w:rPr>
                <w:rFonts w:ascii="Arial" w:hAnsi="Arial"/>
                <w:sz w:val="16"/>
              </w:rPr>
              <w:t>Facebook</w:t>
            </w:r>
          </w:p>
        </w:tc>
        <w:tc>
          <w:tcPr>
            <w:tcW w:w="3453" w:type="dxa"/>
            <w:vAlign w:val="center"/>
          </w:tcPr>
          <w:p w14:paraId="798E6387" w14:textId="77777777" w:rsidR="00E90567" w:rsidRDefault="00E90567"/>
        </w:tc>
        <w:tc>
          <w:tcPr>
            <w:tcW w:w="3453" w:type="dxa"/>
            <w:vAlign w:val="center"/>
          </w:tcPr>
          <w:p w14:paraId="668D2BCD" w14:textId="77777777" w:rsidR="00E90567" w:rsidRDefault="00E90567"/>
        </w:tc>
      </w:tr>
      <w:tr w:rsidR="00E90567" w14:paraId="59121ABE" w14:textId="77777777" w:rsidTr="00902573">
        <w:trPr>
          <w:jc w:val="center"/>
        </w:trPr>
        <w:tc>
          <w:tcPr>
            <w:tcW w:w="3454" w:type="dxa"/>
            <w:vAlign w:val="center"/>
          </w:tcPr>
          <w:p w14:paraId="4525D09D" w14:textId="77777777" w:rsidR="00E90567" w:rsidRDefault="00EE383C">
            <w:r>
              <w:rPr>
                <w:rFonts w:ascii="Arial" w:hAnsi="Arial"/>
                <w:sz w:val="16"/>
              </w:rPr>
              <w:t>Фото-контент</w:t>
            </w:r>
          </w:p>
        </w:tc>
        <w:tc>
          <w:tcPr>
            <w:tcW w:w="3453" w:type="dxa"/>
            <w:vAlign w:val="center"/>
          </w:tcPr>
          <w:p w14:paraId="56C0E748" w14:textId="77777777" w:rsidR="00E90567" w:rsidRDefault="00E90567"/>
        </w:tc>
        <w:tc>
          <w:tcPr>
            <w:tcW w:w="3453" w:type="dxa"/>
            <w:vAlign w:val="center"/>
          </w:tcPr>
          <w:p w14:paraId="4175A39A" w14:textId="77777777" w:rsidR="00E90567" w:rsidRDefault="00E90567"/>
        </w:tc>
      </w:tr>
      <w:tr w:rsidR="00E90567" w14:paraId="2530AE4D" w14:textId="77777777" w:rsidTr="00902573">
        <w:trPr>
          <w:jc w:val="center"/>
        </w:trPr>
        <w:tc>
          <w:tcPr>
            <w:tcW w:w="3454" w:type="dxa"/>
            <w:vAlign w:val="center"/>
          </w:tcPr>
          <w:p w14:paraId="4A4299A0" w14:textId="77777777" w:rsidR="00E90567" w:rsidRDefault="00EE383C">
            <w:proofErr w:type="spellStart"/>
            <w:r>
              <w:rPr>
                <w:rFonts w:ascii="Arial" w:hAnsi="Arial"/>
                <w:sz w:val="16"/>
              </w:rPr>
              <w:t>Съёмочные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дни</w:t>
            </w:r>
            <w:proofErr w:type="spellEnd"/>
          </w:p>
        </w:tc>
        <w:tc>
          <w:tcPr>
            <w:tcW w:w="3453" w:type="dxa"/>
            <w:vAlign w:val="center"/>
          </w:tcPr>
          <w:p w14:paraId="780C5B2D" w14:textId="77777777" w:rsidR="00E90567" w:rsidRDefault="00E90567"/>
        </w:tc>
        <w:tc>
          <w:tcPr>
            <w:tcW w:w="3453" w:type="dxa"/>
            <w:vAlign w:val="center"/>
          </w:tcPr>
          <w:p w14:paraId="0D12CC34" w14:textId="77777777" w:rsidR="00E90567" w:rsidRDefault="00E90567"/>
        </w:tc>
      </w:tr>
      <w:tr w:rsidR="00E90567" w14:paraId="38FDEF99" w14:textId="77777777" w:rsidTr="00902573">
        <w:trPr>
          <w:jc w:val="center"/>
        </w:trPr>
        <w:tc>
          <w:tcPr>
            <w:tcW w:w="3454" w:type="dxa"/>
            <w:vAlign w:val="center"/>
          </w:tcPr>
          <w:p w14:paraId="579B776B" w14:textId="77777777" w:rsidR="00E90567" w:rsidRDefault="00EE383C">
            <w:r>
              <w:rPr>
                <w:rFonts w:ascii="Arial" w:hAnsi="Arial"/>
                <w:sz w:val="16"/>
              </w:rPr>
              <w:t>Выезды на АЗС</w:t>
            </w:r>
          </w:p>
        </w:tc>
        <w:tc>
          <w:tcPr>
            <w:tcW w:w="3453" w:type="dxa"/>
            <w:vAlign w:val="center"/>
          </w:tcPr>
          <w:p w14:paraId="02412D99" w14:textId="77777777" w:rsidR="00E90567" w:rsidRDefault="00E90567"/>
        </w:tc>
        <w:tc>
          <w:tcPr>
            <w:tcW w:w="3453" w:type="dxa"/>
            <w:vAlign w:val="center"/>
          </w:tcPr>
          <w:p w14:paraId="197F0560" w14:textId="77777777" w:rsidR="00E90567" w:rsidRDefault="00E90567"/>
        </w:tc>
      </w:tr>
      <w:tr w:rsidR="00E90567" w14:paraId="2594297B" w14:textId="77777777" w:rsidTr="00902573">
        <w:trPr>
          <w:jc w:val="center"/>
        </w:trPr>
        <w:tc>
          <w:tcPr>
            <w:tcW w:w="3454" w:type="dxa"/>
            <w:vAlign w:val="center"/>
          </w:tcPr>
          <w:p w14:paraId="00DD8226" w14:textId="77777777" w:rsidR="00E90567" w:rsidRDefault="00EE383C">
            <w:r>
              <w:rPr>
                <w:rFonts w:ascii="Arial" w:hAnsi="Arial"/>
                <w:sz w:val="16"/>
              </w:rPr>
              <w:t>Community management</w:t>
            </w:r>
          </w:p>
        </w:tc>
        <w:tc>
          <w:tcPr>
            <w:tcW w:w="3453" w:type="dxa"/>
            <w:vAlign w:val="center"/>
          </w:tcPr>
          <w:p w14:paraId="4CD69CCF" w14:textId="77777777" w:rsidR="00E90567" w:rsidRDefault="00E90567"/>
        </w:tc>
        <w:tc>
          <w:tcPr>
            <w:tcW w:w="3453" w:type="dxa"/>
            <w:vAlign w:val="center"/>
          </w:tcPr>
          <w:p w14:paraId="604A8318" w14:textId="77777777" w:rsidR="00E90567" w:rsidRDefault="00E90567"/>
        </w:tc>
      </w:tr>
      <w:tr w:rsidR="00E90567" w14:paraId="470F08A3" w14:textId="77777777" w:rsidTr="00902573">
        <w:trPr>
          <w:jc w:val="center"/>
        </w:trPr>
        <w:tc>
          <w:tcPr>
            <w:tcW w:w="3454" w:type="dxa"/>
            <w:vAlign w:val="center"/>
          </w:tcPr>
          <w:p w14:paraId="40080D87" w14:textId="77777777" w:rsidR="00E90567" w:rsidRDefault="00EE383C">
            <w:r>
              <w:rPr>
                <w:rFonts w:ascii="Arial" w:hAnsi="Arial"/>
                <w:sz w:val="16"/>
              </w:rPr>
              <w:t>Иное</w:t>
            </w:r>
          </w:p>
        </w:tc>
        <w:tc>
          <w:tcPr>
            <w:tcW w:w="3453" w:type="dxa"/>
            <w:vAlign w:val="center"/>
          </w:tcPr>
          <w:p w14:paraId="0FFBD694" w14:textId="77777777" w:rsidR="00E90567" w:rsidRDefault="00E90567"/>
        </w:tc>
        <w:tc>
          <w:tcPr>
            <w:tcW w:w="3453" w:type="dxa"/>
            <w:vAlign w:val="center"/>
          </w:tcPr>
          <w:p w14:paraId="4B6399C5" w14:textId="77777777" w:rsidR="00E90567" w:rsidRDefault="00E90567"/>
        </w:tc>
      </w:tr>
    </w:tbl>
    <w:p w14:paraId="26CB2889" w14:textId="77777777" w:rsidR="00E90567" w:rsidRPr="00EE383C" w:rsidRDefault="00EE383C">
      <w:pPr>
        <w:rPr>
          <w:lang w:val="ru-RU"/>
        </w:rPr>
      </w:pPr>
      <w:r w:rsidRPr="00EE383C">
        <w:rPr>
          <w:b/>
          <w:lang w:val="ru-RU"/>
        </w:rPr>
        <w:lastRenderedPageBreak/>
        <w:t xml:space="preserve">Отдельно указать: </w:t>
      </w:r>
      <w:r>
        <w:t>TikTok</w:t>
      </w:r>
      <w:r w:rsidRPr="00EE383C">
        <w:rPr>
          <w:lang w:val="ru-RU"/>
        </w:rPr>
        <w:t xml:space="preserve">-контент является оригинальным или адаптируется из </w:t>
      </w:r>
      <w:r>
        <w:t>Reels</w:t>
      </w:r>
      <w:r w:rsidRPr="00EE383C">
        <w:rPr>
          <w:lang w:val="ru-RU"/>
        </w:rPr>
        <w:t>/других площадок? __________________________</w:t>
      </w:r>
    </w:p>
    <w:p w14:paraId="5ADEE902" w14:textId="77777777" w:rsidR="00E90567" w:rsidRPr="00EE383C" w:rsidRDefault="00EE383C">
      <w:pPr>
        <w:pStyle w:val="21"/>
        <w:rPr>
          <w:lang w:val="ru-RU"/>
        </w:rPr>
      </w:pPr>
      <w:r w:rsidRPr="00EE383C">
        <w:rPr>
          <w:lang w:val="ru-RU"/>
        </w:rPr>
        <w:t>5. Подход и стратегия</w:t>
      </w:r>
    </w:p>
    <w:p w14:paraId="349DD861" w14:textId="77777777" w:rsidR="00E90567" w:rsidRPr="00EE383C" w:rsidRDefault="00EE383C">
      <w:pPr>
        <w:spacing w:after="20"/>
        <w:rPr>
          <w:lang w:val="ru-RU"/>
        </w:rPr>
      </w:pPr>
      <w:r w:rsidRPr="00EE383C">
        <w:rPr>
          <w:b/>
          <w:lang w:val="ru-RU"/>
        </w:rPr>
        <w:t xml:space="preserve">1. Опишите подход к разработке </w:t>
      </w:r>
      <w:r>
        <w:rPr>
          <w:b/>
        </w:rPr>
        <w:t>SMM</w:t>
      </w:r>
      <w:r w:rsidRPr="00EE383C">
        <w:rPr>
          <w:b/>
          <w:lang w:val="ru-RU"/>
        </w:rPr>
        <w:t xml:space="preserve">-стратегии для </w:t>
      </w:r>
      <w:proofErr w:type="spellStart"/>
      <w:r>
        <w:rPr>
          <w:b/>
        </w:rPr>
        <w:t>Sinooil</w:t>
      </w:r>
      <w:proofErr w:type="spellEnd"/>
      <w:r w:rsidRPr="00EE383C">
        <w:rPr>
          <w:b/>
          <w:lang w:val="ru-RU"/>
        </w:rPr>
        <w:t>.</w:t>
      </w:r>
    </w:p>
    <w:p w14:paraId="2682D53C" w14:textId="77777777" w:rsidR="00E90567" w:rsidRPr="00EE383C" w:rsidRDefault="00EE383C">
      <w:pPr>
        <w:rPr>
          <w:lang w:val="ru-RU"/>
        </w:rPr>
      </w:pPr>
      <w:r w:rsidRPr="00EE383C">
        <w:rPr>
          <w:lang w:val="ru-RU"/>
        </w:rPr>
        <w:t>Ответ: __________________________________________________________________________________</w:t>
      </w:r>
    </w:p>
    <w:p w14:paraId="043B2A07" w14:textId="77777777" w:rsidR="00E90567" w:rsidRPr="00EE383C" w:rsidRDefault="00EE383C">
      <w:pPr>
        <w:rPr>
          <w:lang w:val="ru-RU"/>
        </w:rPr>
      </w:pPr>
      <w:r w:rsidRPr="00EE383C">
        <w:rPr>
          <w:lang w:val="ru-RU"/>
        </w:rPr>
        <w:t>________________________________________________________________________________________</w:t>
      </w:r>
    </w:p>
    <w:p w14:paraId="6CC8101A" w14:textId="77777777" w:rsidR="00E90567" w:rsidRPr="00EE383C" w:rsidRDefault="00EE383C">
      <w:pPr>
        <w:spacing w:after="20"/>
        <w:rPr>
          <w:lang w:val="ru-RU"/>
        </w:rPr>
      </w:pPr>
      <w:r w:rsidRPr="00EE383C">
        <w:rPr>
          <w:b/>
          <w:lang w:val="ru-RU"/>
        </w:rPr>
        <w:t>2. Какие основные контентные направления / рубрики предлагаете?</w:t>
      </w:r>
    </w:p>
    <w:p w14:paraId="521EB32D" w14:textId="77777777" w:rsidR="00E90567" w:rsidRPr="00EE383C" w:rsidRDefault="00EE383C">
      <w:pPr>
        <w:rPr>
          <w:lang w:val="ru-RU"/>
        </w:rPr>
      </w:pPr>
      <w:r w:rsidRPr="00EE383C">
        <w:rPr>
          <w:lang w:val="ru-RU"/>
        </w:rPr>
        <w:t>Ответ: __________________________________________________________________________________</w:t>
      </w:r>
    </w:p>
    <w:p w14:paraId="7ECC973E" w14:textId="77777777" w:rsidR="00E90567" w:rsidRPr="00EE383C" w:rsidRDefault="00EE383C">
      <w:pPr>
        <w:rPr>
          <w:lang w:val="ru-RU"/>
        </w:rPr>
      </w:pPr>
      <w:r w:rsidRPr="00EE383C">
        <w:rPr>
          <w:lang w:val="ru-RU"/>
        </w:rPr>
        <w:t>________________________________________________________________________________________</w:t>
      </w:r>
    </w:p>
    <w:p w14:paraId="09D313D2" w14:textId="77777777" w:rsidR="00E90567" w:rsidRPr="00EE383C" w:rsidRDefault="00EE383C">
      <w:pPr>
        <w:spacing w:after="20"/>
        <w:rPr>
          <w:lang w:val="ru-RU"/>
        </w:rPr>
      </w:pPr>
      <w:r w:rsidRPr="00EE383C">
        <w:rPr>
          <w:b/>
          <w:lang w:val="ru-RU"/>
        </w:rPr>
        <w:t xml:space="preserve">3. Как работаете с трендами и актуальными форматами </w:t>
      </w:r>
      <w:r>
        <w:rPr>
          <w:b/>
        </w:rPr>
        <w:t>TikTok</w:t>
      </w:r>
      <w:r w:rsidRPr="00EE383C">
        <w:rPr>
          <w:b/>
          <w:lang w:val="ru-RU"/>
        </w:rPr>
        <w:t xml:space="preserve"> / </w:t>
      </w:r>
      <w:r>
        <w:rPr>
          <w:b/>
        </w:rPr>
        <w:t>Reels</w:t>
      </w:r>
      <w:r w:rsidRPr="00EE383C">
        <w:rPr>
          <w:b/>
          <w:lang w:val="ru-RU"/>
        </w:rPr>
        <w:t>?</w:t>
      </w:r>
    </w:p>
    <w:p w14:paraId="01AC2128" w14:textId="77777777" w:rsidR="00E90567" w:rsidRPr="00EE383C" w:rsidRDefault="00EE383C">
      <w:pPr>
        <w:rPr>
          <w:lang w:val="ru-RU"/>
        </w:rPr>
      </w:pPr>
      <w:r w:rsidRPr="00EE383C">
        <w:rPr>
          <w:lang w:val="ru-RU"/>
        </w:rPr>
        <w:t>Ответ: __________________________________________________________________________________</w:t>
      </w:r>
    </w:p>
    <w:p w14:paraId="4380A20B" w14:textId="77777777" w:rsidR="00E90567" w:rsidRPr="00EE383C" w:rsidRDefault="00EE383C">
      <w:pPr>
        <w:rPr>
          <w:lang w:val="ru-RU"/>
        </w:rPr>
      </w:pPr>
      <w:r w:rsidRPr="00EE383C">
        <w:rPr>
          <w:lang w:val="ru-RU"/>
        </w:rPr>
        <w:t>________________________________________________________________________________________</w:t>
      </w:r>
    </w:p>
    <w:p w14:paraId="38D567C6" w14:textId="77777777" w:rsidR="00E90567" w:rsidRPr="00EE383C" w:rsidRDefault="00EE383C">
      <w:pPr>
        <w:spacing w:after="20"/>
        <w:rPr>
          <w:lang w:val="ru-RU"/>
        </w:rPr>
      </w:pPr>
      <w:r w:rsidRPr="00EE383C">
        <w:rPr>
          <w:b/>
          <w:lang w:val="ru-RU"/>
        </w:rPr>
        <w:t xml:space="preserve">4. Как формируете </w:t>
      </w:r>
      <w:r>
        <w:rPr>
          <w:b/>
        </w:rPr>
        <w:t>Tone</w:t>
      </w:r>
      <w:r w:rsidRPr="00EE383C">
        <w:rPr>
          <w:b/>
          <w:lang w:val="ru-RU"/>
        </w:rPr>
        <w:t xml:space="preserve"> </w:t>
      </w:r>
      <w:r>
        <w:rPr>
          <w:b/>
        </w:rPr>
        <w:t>of</w:t>
      </w:r>
      <w:r w:rsidRPr="00EE383C">
        <w:rPr>
          <w:b/>
          <w:lang w:val="ru-RU"/>
        </w:rPr>
        <w:t xml:space="preserve"> </w:t>
      </w:r>
      <w:r>
        <w:rPr>
          <w:b/>
        </w:rPr>
        <w:t>Voice</w:t>
      </w:r>
      <w:r w:rsidRPr="00EE383C">
        <w:rPr>
          <w:b/>
          <w:lang w:val="ru-RU"/>
        </w:rPr>
        <w:t xml:space="preserve"> бренда?</w:t>
      </w:r>
    </w:p>
    <w:p w14:paraId="6DFAF75C" w14:textId="77777777" w:rsidR="00E90567" w:rsidRPr="00EE383C" w:rsidRDefault="00EE383C">
      <w:pPr>
        <w:rPr>
          <w:lang w:val="ru-RU"/>
        </w:rPr>
      </w:pPr>
      <w:r w:rsidRPr="00EE383C">
        <w:rPr>
          <w:lang w:val="ru-RU"/>
        </w:rPr>
        <w:t>Ответ: __________________________________________________________________________________</w:t>
      </w:r>
    </w:p>
    <w:p w14:paraId="4FF07BDB" w14:textId="77777777" w:rsidR="00E90567" w:rsidRPr="00EE383C" w:rsidRDefault="00EE383C">
      <w:pPr>
        <w:rPr>
          <w:lang w:val="ru-RU"/>
        </w:rPr>
      </w:pPr>
      <w:r w:rsidRPr="00EE383C">
        <w:rPr>
          <w:lang w:val="ru-RU"/>
        </w:rPr>
        <w:t>________________________________________________________________________________________</w:t>
      </w:r>
    </w:p>
    <w:p w14:paraId="57CC6EED" w14:textId="77777777" w:rsidR="00E90567" w:rsidRPr="00EE383C" w:rsidRDefault="00EE383C">
      <w:pPr>
        <w:spacing w:after="20"/>
        <w:rPr>
          <w:lang w:val="ru-RU"/>
        </w:rPr>
      </w:pPr>
      <w:r w:rsidRPr="00EE383C">
        <w:rPr>
          <w:b/>
          <w:lang w:val="ru-RU"/>
        </w:rPr>
        <w:t>5. Как проводите анализ конкурентов и аудитории?</w:t>
      </w:r>
    </w:p>
    <w:p w14:paraId="58C8694A" w14:textId="77777777" w:rsidR="00E90567" w:rsidRPr="00EE383C" w:rsidRDefault="00EE383C">
      <w:pPr>
        <w:rPr>
          <w:lang w:val="ru-RU"/>
        </w:rPr>
      </w:pPr>
      <w:r w:rsidRPr="00EE383C">
        <w:rPr>
          <w:lang w:val="ru-RU"/>
        </w:rPr>
        <w:t>Ответ: __________________________________________________________________________________</w:t>
      </w:r>
    </w:p>
    <w:p w14:paraId="0CB629CD" w14:textId="77777777" w:rsidR="00E90567" w:rsidRDefault="00EE383C">
      <w:r>
        <w:t>________________________________________________________________________________________</w:t>
      </w:r>
    </w:p>
    <w:p w14:paraId="436E6687" w14:textId="77777777" w:rsidR="00E90567" w:rsidRDefault="00EE383C">
      <w:pPr>
        <w:pStyle w:val="21"/>
      </w:pPr>
      <w:r>
        <w:t>6. Продакшн и съёмки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80"/>
        <w:gridCol w:w="5180"/>
      </w:tblGrid>
      <w:tr w:rsidR="00E90567" w14:paraId="28B5E2D2" w14:textId="77777777" w:rsidTr="00902573">
        <w:trPr>
          <w:jc w:val="center"/>
        </w:trPr>
        <w:tc>
          <w:tcPr>
            <w:tcW w:w="5180" w:type="dxa"/>
            <w:shd w:val="clear" w:color="auto" w:fill="D9E1F2"/>
            <w:vAlign w:val="center"/>
          </w:tcPr>
          <w:p w14:paraId="7D6026B3" w14:textId="77777777" w:rsidR="00E90567" w:rsidRDefault="00EE383C">
            <w:r>
              <w:rPr>
                <w:rFonts w:ascii="Arial" w:hAnsi="Arial"/>
                <w:b/>
                <w:sz w:val="16"/>
              </w:rPr>
              <w:t>Параметр</w:t>
            </w:r>
          </w:p>
        </w:tc>
        <w:tc>
          <w:tcPr>
            <w:tcW w:w="5180" w:type="dxa"/>
            <w:shd w:val="clear" w:color="auto" w:fill="D9E1F2"/>
            <w:vAlign w:val="center"/>
          </w:tcPr>
          <w:p w14:paraId="6CB9A32D" w14:textId="77777777" w:rsidR="00E90567" w:rsidRDefault="00EE383C">
            <w:r>
              <w:rPr>
                <w:rFonts w:ascii="Arial" w:hAnsi="Arial"/>
                <w:b/>
                <w:sz w:val="16"/>
              </w:rPr>
              <w:t>Условия участника</w:t>
            </w:r>
          </w:p>
        </w:tc>
      </w:tr>
      <w:tr w:rsidR="00E90567" w14:paraId="7E88468D" w14:textId="77777777" w:rsidTr="00902573">
        <w:trPr>
          <w:jc w:val="center"/>
        </w:trPr>
        <w:tc>
          <w:tcPr>
            <w:tcW w:w="5180" w:type="dxa"/>
            <w:vAlign w:val="center"/>
          </w:tcPr>
          <w:p w14:paraId="64CB544D" w14:textId="77777777" w:rsidR="00E90567" w:rsidRDefault="00EE383C">
            <w:r>
              <w:rPr>
                <w:rFonts w:ascii="Arial" w:hAnsi="Arial"/>
                <w:sz w:val="16"/>
              </w:rPr>
              <w:t>Съёмочные дни в месяц</w:t>
            </w:r>
          </w:p>
        </w:tc>
        <w:tc>
          <w:tcPr>
            <w:tcW w:w="5180" w:type="dxa"/>
            <w:vAlign w:val="center"/>
          </w:tcPr>
          <w:p w14:paraId="676DE8C9" w14:textId="77777777" w:rsidR="00E90567" w:rsidRDefault="00E90567"/>
        </w:tc>
      </w:tr>
      <w:tr w:rsidR="00E90567" w14:paraId="017E2F50" w14:textId="77777777" w:rsidTr="00902573">
        <w:trPr>
          <w:jc w:val="center"/>
        </w:trPr>
        <w:tc>
          <w:tcPr>
            <w:tcW w:w="5180" w:type="dxa"/>
            <w:vAlign w:val="center"/>
          </w:tcPr>
          <w:p w14:paraId="4D077FC4" w14:textId="77777777" w:rsidR="00E90567" w:rsidRDefault="00EE383C">
            <w:r>
              <w:rPr>
                <w:rFonts w:ascii="Arial" w:hAnsi="Arial"/>
                <w:sz w:val="16"/>
              </w:rPr>
              <w:t>Продолжительность одного съёмочного дня</w:t>
            </w:r>
          </w:p>
        </w:tc>
        <w:tc>
          <w:tcPr>
            <w:tcW w:w="5180" w:type="dxa"/>
            <w:vAlign w:val="center"/>
          </w:tcPr>
          <w:p w14:paraId="33BD554D" w14:textId="77777777" w:rsidR="00E90567" w:rsidRDefault="00E90567"/>
        </w:tc>
      </w:tr>
      <w:tr w:rsidR="00E90567" w:rsidRPr="00902573" w14:paraId="484934EF" w14:textId="77777777" w:rsidTr="00902573">
        <w:trPr>
          <w:jc w:val="center"/>
        </w:trPr>
        <w:tc>
          <w:tcPr>
            <w:tcW w:w="5180" w:type="dxa"/>
            <w:vAlign w:val="center"/>
          </w:tcPr>
          <w:p w14:paraId="60E9B659" w14:textId="77777777" w:rsidR="00E90567" w:rsidRPr="00EE383C" w:rsidRDefault="00EE383C">
            <w:pPr>
              <w:rPr>
                <w:lang w:val="ru-RU"/>
              </w:rPr>
            </w:pPr>
            <w:r w:rsidRPr="00EE383C">
              <w:rPr>
                <w:rFonts w:ascii="Arial" w:hAnsi="Arial"/>
                <w:sz w:val="16"/>
                <w:lang w:val="ru-RU"/>
              </w:rPr>
              <w:t>Выезды на АЗС в месяц</w:t>
            </w:r>
          </w:p>
        </w:tc>
        <w:tc>
          <w:tcPr>
            <w:tcW w:w="5180" w:type="dxa"/>
            <w:vAlign w:val="center"/>
          </w:tcPr>
          <w:p w14:paraId="01056D92" w14:textId="77777777" w:rsidR="00E90567" w:rsidRPr="00EE383C" w:rsidRDefault="00E90567">
            <w:pPr>
              <w:rPr>
                <w:lang w:val="ru-RU"/>
              </w:rPr>
            </w:pPr>
          </w:p>
        </w:tc>
      </w:tr>
      <w:tr w:rsidR="00E90567" w14:paraId="67310F77" w14:textId="77777777" w:rsidTr="00902573">
        <w:trPr>
          <w:jc w:val="center"/>
        </w:trPr>
        <w:tc>
          <w:tcPr>
            <w:tcW w:w="5180" w:type="dxa"/>
            <w:vAlign w:val="center"/>
          </w:tcPr>
          <w:p w14:paraId="3B8085D3" w14:textId="77777777" w:rsidR="00E90567" w:rsidRDefault="00EE383C">
            <w:proofErr w:type="spellStart"/>
            <w:r>
              <w:rPr>
                <w:rFonts w:ascii="Arial" w:hAnsi="Arial"/>
                <w:sz w:val="16"/>
              </w:rPr>
              <w:t>Съёмка</w:t>
            </w:r>
            <w:proofErr w:type="spellEnd"/>
            <w:r>
              <w:rPr>
                <w:rFonts w:ascii="Arial" w:hAnsi="Arial"/>
                <w:sz w:val="16"/>
              </w:rPr>
              <w:t xml:space="preserve"> в </w:t>
            </w:r>
            <w:proofErr w:type="spellStart"/>
            <w:r>
              <w:rPr>
                <w:rFonts w:ascii="Arial" w:hAnsi="Arial"/>
                <w:sz w:val="16"/>
              </w:rPr>
              <w:t>регионах</w:t>
            </w:r>
            <w:proofErr w:type="spellEnd"/>
          </w:p>
        </w:tc>
        <w:tc>
          <w:tcPr>
            <w:tcW w:w="5180" w:type="dxa"/>
            <w:vAlign w:val="center"/>
          </w:tcPr>
          <w:p w14:paraId="4C9ABC27" w14:textId="77777777" w:rsidR="00E90567" w:rsidRDefault="00E90567"/>
        </w:tc>
      </w:tr>
      <w:tr w:rsidR="00E90567" w14:paraId="14AEC0E3" w14:textId="77777777" w:rsidTr="00902573">
        <w:trPr>
          <w:jc w:val="center"/>
        </w:trPr>
        <w:tc>
          <w:tcPr>
            <w:tcW w:w="5180" w:type="dxa"/>
            <w:vAlign w:val="center"/>
          </w:tcPr>
          <w:p w14:paraId="602B2644" w14:textId="77777777" w:rsidR="00E90567" w:rsidRDefault="00EE383C">
            <w:r>
              <w:rPr>
                <w:rFonts w:ascii="Arial" w:hAnsi="Arial"/>
                <w:sz w:val="16"/>
              </w:rPr>
              <w:t>Фотограф</w:t>
            </w:r>
          </w:p>
        </w:tc>
        <w:tc>
          <w:tcPr>
            <w:tcW w:w="5180" w:type="dxa"/>
            <w:vAlign w:val="center"/>
          </w:tcPr>
          <w:p w14:paraId="7267D6F7" w14:textId="77777777" w:rsidR="00E90567" w:rsidRDefault="00E90567"/>
        </w:tc>
      </w:tr>
      <w:tr w:rsidR="00E90567" w14:paraId="1130C453" w14:textId="77777777" w:rsidTr="00902573">
        <w:trPr>
          <w:jc w:val="center"/>
        </w:trPr>
        <w:tc>
          <w:tcPr>
            <w:tcW w:w="5180" w:type="dxa"/>
            <w:vAlign w:val="center"/>
          </w:tcPr>
          <w:p w14:paraId="0F2A8163" w14:textId="77777777" w:rsidR="00E90567" w:rsidRDefault="00EE383C">
            <w:r>
              <w:rPr>
                <w:rFonts w:ascii="Arial" w:hAnsi="Arial"/>
                <w:sz w:val="16"/>
              </w:rPr>
              <w:t>Видеограф</w:t>
            </w:r>
          </w:p>
        </w:tc>
        <w:tc>
          <w:tcPr>
            <w:tcW w:w="5180" w:type="dxa"/>
            <w:vAlign w:val="center"/>
          </w:tcPr>
          <w:p w14:paraId="6CB259ED" w14:textId="77777777" w:rsidR="00E90567" w:rsidRDefault="00E90567"/>
        </w:tc>
      </w:tr>
      <w:tr w:rsidR="00E90567" w14:paraId="5F2B5338" w14:textId="77777777" w:rsidTr="00902573">
        <w:trPr>
          <w:jc w:val="center"/>
        </w:trPr>
        <w:tc>
          <w:tcPr>
            <w:tcW w:w="5180" w:type="dxa"/>
            <w:vAlign w:val="center"/>
          </w:tcPr>
          <w:p w14:paraId="16E854EF" w14:textId="77777777" w:rsidR="00E90567" w:rsidRDefault="00EE383C">
            <w:r>
              <w:rPr>
                <w:rFonts w:ascii="Arial" w:hAnsi="Arial"/>
                <w:sz w:val="16"/>
              </w:rPr>
              <w:t>Монтаж</w:t>
            </w:r>
          </w:p>
        </w:tc>
        <w:tc>
          <w:tcPr>
            <w:tcW w:w="5180" w:type="dxa"/>
            <w:vAlign w:val="center"/>
          </w:tcPr>
          <w:p w14:paraId="6A0F11D0" w14:textId="77777777" w:rsidR="00E90567" w:rsidRDefault="00E90567"/>
        </w:tc>
      </w:tr>
      <w:tr w:rsidR="00E90567" w14:paraId="690547D3" w14:textId="77777777" w:rsidTr="00902573">
        <w:trPr>
          <w:jc w:val="center"/>
        </w:trPr>
        <w:tc>
          <w:tcPr>
            <w:tcW w:w="5180" w:type="dxa"/>
            <w:vAlign w:val="center"/>
          </w:tcPr>
          <w:p w14:paraId="33706169" w14:textId="77777777" w:rsidR="00E90567" w:rsidRDefault="00EE383C">
            <w:proofErr w:type="spellStart"/>
            <w:r>
              <w:rPr>
                <w:rFonts w:ascii="Arial" w:hAnsi="Arial"/>
                <w:sz w:val="16"/>
              </w:rPr>
              <w:t>Студия</w:t>
            </w:r>
            <w:proofErr w:type="spellEnd"/>
            <w:r>
              <w:rPr>
                <w:rFonts w:ascii="Arial" w:hAnsi="Arial"/>
                <w:sz w:val="16"/>
              </w:rPr>
              <w:t xml:space="preserve"> / </w:t>
            </w:r>
            <w:proofErr w:type="spellStart"/>
            <w:r>
              <w:rPr>
                <w:rFonts w:ascii="Arial" w:hAnsi="Arial"/>
                <w:sz w:val="16"/>
              </w:rPr>
              <w:t>локации</w:t>
            </w:r>
            <w:proofErr w:type="spellEnd"/>
          </w:p>
        </w:tc>
        <w:tc>
          <w:tcPr>
            <w:tcW w:w="5180" w:type="dxa"/>
            <w:vAlign w:val="center"/>
          </w:tcPr>
          <w:p w14:paraId="7955BB74" w14:textId="77777777" w:rsidR="00E90567" w:rsidRDefault="00E90567"/>
        </w:tc>
      </w:tr>
      <w:tr w:rsidR="00E90567" w14:paraId="1380C892" w14:textId="77777777" w:rsidTr="00902573">
        <w:trPr>
          <w:jc w:val="center"/>
        </w:trPr>
        <w:tc>
          <w:tcPr>
            <w:tcW w:w="5180" w:type="dxa"/>
            <w:vAlign w:val="center"/>
          </w:tcPr>
          <w:p w14:paraId="0AA15F12" w14:textId="77777777" w:rsidR="00E90567" w:rsidRDefault="00EE383C">
            <w:r>
              <w:rPr>
                <w:rFonts w:ascii="Arial" w:hAnsi="Arial"/>
                <w:sz w:val="16"/>
              </w:rPr>
              <w:t>Оборудование</w:t>
            </w:r>
          </w:p>
        </w:tc>
        <w:tc>
          <w:tcPr>
            <w:tcW w:w="5180" w:type="dxa"/>
            <w:vAlign w:val="center"/>
          </w:tcPr>
          <w:p w14:paraId="6BC8DADA" w14:textId="77777777" w:rsidR="00E90567" w:rsidRDefault="00E90567"/>
        </w:tc>
      </w:tr>
      <w:tr w:rsidR="00E90567" w14:paraId="0122901E" w14:textId="77777777" w:rsidTr="00902573">
        <w:trPr>
          <w:jc w:val="center"/>
        </w:trPr>
        <w:tc>
          <w:tcPr>
            <w:tcW w:w="5180" w:type="dxa"/>
            <w:vAlign w:val="center"/>
          </w:tcPr>
          <w:p w14:paraId="4E9B47C1" w14:textId="77777777" w:rsidR="00E90567" w:rsidRDefault="00EE383C">
            <w:r>
              <w:rPr>
                <w:rFonts w:ascii="Arial" w:hAnsi="Arial"/>
                <w:sz w:val="16"/>
              </w:rPr>
              <w:t>Срок изготовления готового материала</w:t>
            </w:r>
          </w:p>
        </w:tc>
        <w:tc>
          <w:tcPr>
            <w:tcW w:w="5180" w:type="dxa"/>
            <w:vAlign w:val="center"/>
          </w:tcPr>
          <w:p w14:paraId="361C923A" w14:textId="77777777" w:rsidR="00E90567" w:rsidRDefault="00E90567"/>
        </w:tc>
      </w:tr>
    </w:tbl>
    <w:p w14:paraId="25FF8898" w14:textId="77777777" w:rsidR="00E90567" w:rsidRDefault="00EE383C">
      <w:pPr>
        <w:pStyle w:val="21"/>
      </w:pPr>
      <w:r>
        <w:t>7. Community management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80"/>
        <w:gridCol w:w="5180"/>
      </w:tblGrid>
      <w:tr w:rsidR="00E90567" w14:paraId="3A9D047E" w14:textId="77777777">
        <w:trPr>
          <w:jc w:val="center"/>
        </w:trPr>
        <w:tc>
          <w:tcPr>
            <w:tcW w:w="5185" w:type="dxa"/>
            <w:shd w:val="clear" w:color="auto" w:fill="D9E1F2"/>
            <w:vAlign w:val="center"/>
          </w:tcPr>
          <w:p w14:paraId="572803D0" w14:textId="77777777" w:rsidR="00E90567" w:rsidRDefault="00EE383C">
            <w:r>
              <w:rPr>
                <w:rFonts w:ascii="Arial" w:hAnsi="Arial"/>
                <w:b/>
                <w:sz w:val="16"/>
              </w:rPr>
              <w:t>Параметр</w:t>
            </w:r>
          </w:p>
        </w:tc>
        <w:tc>
          <w:tcPr>
            <w:tcW w:w="5185" w:type="dxa"/>
            <w:shd w:val="clear" w:color="auto" w:fill="D9E1F2"/>
            <w:vAlign w:val="center"/>
          </w:tcPr>
          <w:p w14:paraId="35272AAD" w14:textId="77777777" w:rsidR="00E90567" w:rsidRDefault="00EE383C">
            <w:r>
              <w:rPr>
                <w:rFonts w:ascii="Arial" w:hAnsi="Arial"/>
                <w:b/>
                <w:sz w:val="16"/>
              </w:rPr>
              <w:t>Условия участника</w:t>
            </w:r>
          </w:p>
        </w:tc>
      </w:tr>
      <w:tr w:rsidR="00E90567" w14:paraId="5A665BAE" w14:textId="77777777">
        <w:trPr>
          <w:jc w:val="center"/>
        </w:trPr>
        <w:tc>
          <w:tcPr>
            <w:tcW w:w="5185" w:type="dxa"/>
            <w:vAlign w:val="center"/>
          </w:tcPr>
          <w:p w14:paraId="34C220DA" w14:textId="77777777" w:rsidR="00E90567" w:rsidRDefault="00EE383C">
            <w:r>
              <w:rPr>
                <w:rFonts w:ascii="Arial" w:hAnsi="Arial"/>
                <w:sz w:val="16"/>
              </w:rPr>
              <w:t>Ответы на комментарии</w:t>
            </w:r>
          </w:p>
        </w:tc>
        <w:tc>
          <w:tcPr>
            <w:tcW w:w="5185" w:type="dxa"/>
            <w:vAlign w:val="center"/>
          </w:tcPr>
          <w:p w14:paraId="16732530" w14:textId="77777777" w:rsidR="00E90567" w:rsidRDefault="00EE383C">
            <w:r>
              <w:rPr>
                <w:rFonts w:ascii="Arial" w:hAnsi="Arial"/>
                <w:sz w:val="16"/>
              </w:rPr>
              <w:t>Да / Нет / Условия</w:t>
            </w:r>
          </w:p>
        </w:tc>
      </w:tr>
      <w:tr w:rsidR="00E90567" w14:paraId="531DD8C8" w14:textId="77777777">
        <w:trPr>
          <w:jc w:val="center"/>
        </w:trPr>
        <w:tc>
          <w:tcPr>
            <w:tcW w:w="5185" w:type="dxa"/>
            <w:vAlign w:val="center"/>
          </w:tcPr>
          <w:p w14:paraId="23D819B9" w14:textId="77777777" w:rsidR="00E90567" w:rsidRDefault="00EE383C">
            <w:r>
              <w:rPr>
                <w:rFonts w:ascii="Arial" w:hAnsi="Arial"/>
                <w:sz w:val="16"/>
              </w:rPr>
              <w:t>Ответы в Direct</w:t>
            </w:r>
          </w:p>
        </w:tc>
        <w:tc>
          <w:tcPr>
            <w:tcW w:w="5185" w:type="dxa"/>
            <w:vAlign w:val="center"/>
          </w:tcPr>
          <w:p w14:paraId="345F9D2F" w14:textId="77777777" w:rsidR="00E90567" w:rsidRDefault="00EE383C">
            <w:r>
              <w:rPr>
                <w:rFonts w:ascii="Arial" w:hAnsi="Arial"/>
                <w:sz w:val="16"/>
              </w:rPr>
              <w:t>Да / Нет / Условия</w:t>
            </w:r>
          </w:p>
        </w:tc>
      </w:tr>
      <w:tr w:rsidR="00E90567" w14:paraId="456F57FE" w14:textId="77777777">
        <w:trPr>
          <w:jc w:val="center"/>
        </w:trPr>
        <w:tc>
          <w:tcPr>
            <w:tcW w:w="5185" w:type="dxa"/>
            <w:vAlign w:val="center"/>
          </w:tcPr>
          <w:p w14:paraId="3B126026" w14:textId="77777777" w:rsidR="00E90567" w:rsidRDefault="00EE383C">
            <w:r>
              <w:rPr>
                <w:rFonts w:ascii="Arial" w:hAnsi="Arial"/>
                <w:sz w:val="16"/>
              </w:rPr>
              <w:t>Работа с негативными комментариями</w:t>
            </w:r>
          </w:p>
        </w:tc>
        <w:tc>
          <w:tcPr>
            <w:tcW w:w="5185" w:type="dxa"/>
            <w:vAlign w:val="center"/>
          </w:tcPr>
          <w:p w14:paraId="4AFF766F" w14:textId="77777777" w:rsidR="00E90567" w:rsidRDefault="00EE383C">
            <w:r>
              <w:rPr>
                <w:rFonts w:ascii="Arial" w:hAnsi="Arial"/>
                <w:sz w:val="16"/>
              </w:rPr>
              <w:t>Да / Нет / Условия</w:t>
            </w:r>
          </w:p>
        </w:tc>
      </w:tr>
      <w:tr w:rsidR="00E90567" w14:paraId="18C3B88B" w14:textId="77777777">
        <w:trPr>
          <w:jc w:val="center"/>
        </w:trPr>
        <w:tc>
          <w:tcPr>
            <w:tcW w:w="5185" w:type="dxa"/>
            <w:vAlign w:val="center"/>
          </w:tcPr>
          <w:p w14:paraId="5B8F72AE" w14:textId="77777777" w:rsidR="00E90567" w:rsidRPr="00EE383C" w:rsidRDefault="00EE383C">
            <w:pPr>
              <w:rPr>
                <w:lang w:val="ru-RU"/>
              </w:rPr>
            </w:pPr>
            <w:r w:rsidRPr="00EE383C">
              <w:rPr>
                <w:rFonts w:ascii="Arial" w:hAnsi="Arial"/>
                <w:sz w:val="16"/>
                <w:lang w:val="ru-RU"/>
              </w:rPr>
              <w:t>Работа в выходные и праздничные дни</w:t>
            </w:r>
          </w:p>
        </w:tc>
        <w:tc>
          <w:tcPr>
            <w:tcW w:w="5185" w:type="dxa"/>
            <w:vAlign w:val="center"/>
          </w:tcPr>
          <w:p w14:paraId="292F5B06" w14:textId="77777777" w:rsidR="00E90567" w:rsidRDefault="00EE383C">
            <w:proofErr w:type="spellStart"/>
            <w:r>
              <w:rPr>
                <w:rFonts w:ascii="Arial" w:hAnsi="Arial"/>
                <w:sz w:val="16"/>
              </w:rPr>
              <w:t>Да</w:t>
            </w:r>
            <w:proofErr w:type="spellEnd"/>
            <w:r>
              <w:rPr>
                <w:rFonts w:ascii="Arial" w:hAnsi="Arial"/>
                <w:sz w:val="16"/>
              </w:rPr>
              <w:t xml:space="preserve"> / </w:t>
            </w:r>
            <w:proofErr w:type="spellStart"/>
            <w:r>
              <w:rPr>
                <w:rFonts w:ascii="Arial" w:hAnsi="Arial"/>
                <w:sz w:val="16"/>
              </w:rPr>
              <w:t>Нет</w:t>
            </w:r>
            <w:proofErr w:type="spellEnd"/>
            <w:r>
              <w:rPr>
                <w:rFonts w:ascii="Arial" w:hAnsi="Arial"/>
                <w:sz w:val="16"/>
              </w:rPr>
              <w:t xml:space="preserve"> / Условия</w:t>
            </w:r>
          </w:p>
        </w:tc>
      </w:tr>
      <w:tr w:rsidR="00E90567" w14:paraId="4B6D31DE" w14:textId="77777777">
        <w:trPr>
          <w:jc w:val="center"/>
        </w:trPr>
        <w:tc>
          <w:tcPr>
            <w:tcW w:w="5185" w:type="dxa"/>
            <w:vAlign w:val="center"/>
          </w:tcPr>
          <w:p w14:paraId="278B6B4A" w14:textId="77777777" w:rsidR="00E90567" w:rsidRDefault="00EE383C">
            <w:r>
              <w:rPr>
                <w:rFonts w:ascii="Arial" w:hAnsi="Arial"/>
                <w:sz w:val="16"/>
              </w:rPr>
              <w:lastRenderedPageBreak/>
              <w:t>Максимальное время реакции</w:t>
            </w:r>
          </w:p>
        </w:tc>
        <w:tc>
          <w:tcPr>
            <w:tcW w:w="5185" w:type="dxa"/>
            <w:vAlign w:val="center"/>
          </w:tcPr>
          <w:p w14:paraId="2A9FB19A" w14:textId="77777777" w:rsidR="00E90567" w:rsidRDefault="00E90567"/>
        </w:tc>
      </w:tr>
      <w:tr w:rsidR="00E90567" w:rsidRPr="00902573" w14:paraId="7C6E2165" w14:textId="77777777">
        <w:trPr>
          <w:jc w:val="center"/>
        </w:trPr>
        <w:tc>
          <w:tcPr>
            <w:tcW w:w="5185" w:type="dxa"/>
            <w:vAlign w:val="center"/>
          </w:tcPr>
          <w:p w14:paraId="371EF215" w14:textId="77777777" w:rsidR="00E90567" w:rsidRPr="00EE383C" w:rsidRDefault="00EE383C">
            <w:pPr>
              <w:rPr>
                <w:lang w:val="ru-RU"/>
              </w:rPr>
            </w:pPr>
            <w:r w:rsidRPr="00EE383C">
              <w:rPr>
                <w:rFonts w:ascii="Arial" w:hAnsi="Arial"/>
                <w:sz w:val="16"/>
                <w:lang w:val="ru-RU"/>
              </w:rPr>
              <w:t>Подготовка ответов на жалобы клиентов</w:t>
            </w:r>
          </w:p>
        </w:tc>
        <w:tc>
          <w:tcPr>
            <w:tcW w:w="5185" w:type="dxa"/>
            <w:vAlign w:val="center"/>
          </w:tcPr>
          <w:p w14:paraId="3939E0B4" w14:textId="77777777" w:rsidR="00E90567" w:rsidRPr="00EE383C" w:rsidRDefault="00E90567">
            <w:pPr>
              <w:rPr>
                <w:lang w:val="ru-RU"/>
              </w:rPr>
            </w:pPr>
          </w:p>
        </w:tc>
      </w:tr>
      <w:tr w:rsidR="00E90567" w14:paraId="4908C37E" w14:textId="77777777">
        <w:trPr>
          <w:jc w:val="center"/>
        </w:trPr>
        <w:tc>
          <w:tcPr>
            <w:tcW w:w="5185" w:type="dxa"/>
            <w:vAlign w:val="center"/>
          </w:tcPr>
          <w:p w14:paraId="28040EE3" w14:textId="77777777" w:rsidR="00E90567" w:rsidRDefault="00EE383C">
            <w:proofErr w:type="spellStart"/>
            <w:r>
              <w:rPr>
                <w:rFonts w:ascii="Arial" w:hAnsi="Arial"/>
                <w:sz w:val="16"/>
              </w:rPr>
              <w:t>Эскалация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сложных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обращений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заказчику</w:t>
            </w:r>
            <w:proofErr w:type="spellEnd"/>
          </w:p>
        </w:tc>
        <w:tc>
          <w:tcPr>
            <w:tcW w:w="5185" w:type="dxa"/>
            <w:vAlign w:val="center"/>
          </w:tcPr>
          <w:p w14:paraId="3EBBE338" w14:textId="77777777" w:rsidR="00E90567" w:rsidRDefault="00E90567"/>
        </w:tc>
      </w:tr>
    </w:tbl>
    <w:p w14:paraId="7040A50B" w14:textId="77777777" w:rsidR="00E90567" w:rsidRDefault="00EE383C">
      <w:pPr>
        <w:pStyle w:val="21"/>
      </w:pPr>
      <w:r>
        <w:t>8. Influencer marketing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80"/>
        <w:gridCol w:w="5180"/>
      </w:tblGrid>
      <w:tr w:rsidR="00E90567" w14:paraId="58B6D29F" w14:textId="77777777">
        <w:trPr>
          <w:jc w:val="center"/>
        </w:trPr>
        <w:tc>
          <w:tcPr>
            <w:tcW w:w="5185" w:type="dxa"/>
            <w:shd w:val="clear" w:color="auto" w:fill="D9E1F2"/>
            <w:vAlign w:val="center"/>
          </w:tcPr>
          <w:p w14:paraId="7B0882E4" w14:textId="77777777" w:rsidR="00E90567" w:rsidRDefault="00EE383C">
            <w:r>
              <w:rPr>
                <w:rFonts w:ascii="Arial" w:hAnsi="Arial"/>
                <w:b/>
                <w:sz w:val="16"/>
              </w:rPr>
              <w:t>Параметр</w:t>
            </w:r>
          </w:p>
        </w:tc>
        <w:tc>
          <w:tcPr>
            <w:tcW w:w="5185" w:type="dxa"/>
            <w:shd w:val="clear" w:color="auto" w:fill="D9E1F2"/>
            <w:vAlign w:val="center"/>
          </w:tcPr>
          <w:p w14:paraId="10925440" w14:textId="77777777" w:rsidR="00E90567" w:rsidRDefault="00EE383C">
            <w:r>
              <w:rPr>
                <w:rFonts w:ascii="Arial" w:hAnsi="Arial"/>
                <w:b/>
                <w:sz w:val="16"/>
              </w:rPr>
              <w:t>Условия участника</w:t>
            </w:r>
          </w:p>
        </w:tc>
      </w:tr>
      <w:tr w:rsidR="00E90567" w14:paraId="2A0EDFDA" w14:textId="77777777">
        <w:trPr>
          <w:jc w:val="center"/>
        </w:trPr>
        <w:tc>
          <w:tcPr>
            <w:tcW w:w="5185" w:type="dxa"/>
            <w:vAlign w:val="center"/>
          </w:tcPr>
          <w:p w14:paraId="78BB0084" w14:textId="77777777" w:rsidR="00E90567" w:rsidRDefault="00EE383C">
            <w:r>
              <w:rPr>
                <w:rFonts w:ascii="Arial" w:hAnsi="Arial"/>
                <w:sz w:val="16"/>
              </w:rPr>
              <w:t>Подбор блогеров</w:t>
            </w:r>
          </w:p>
        </w:tc>
        <w:tc>
          <w:tcPr>
            <w:tcW w:w="5185" w:type="dxa"/>
            <w:vAlign w:val="center"/>
          </w:tcPr>
          <w:p w14:paraId="390FB13A" w14:textId="77777777" w:rsidR="00E90567" w:rsidRDefault="00E90567"/>
        </w:tc>
      </w:tr>
      <w:tr w:rsidR="00E90567" w14:paraId="7FC9B0A4" w14:textId="77777777">
        <w:trPr>
          <w:jc w:val="center"/>
        </w:trPr>
        <w:tc>
          <w:tcPr>
            <w:tcW w:w="5185" w:type="dxa"/>
            <w:vAlign w:val="center"/>
          </w:tcPr>
          <w:p w14:paraId="17AE899C" w14:textId="77777777" w:rsidR="00E90567" w:rsidRDefault="00EE383C">
            <w:r>
              <w:rPr>
                <w:rFonts w:ascii="Arial" w:hAnsi="Arial"/>
                <w:sz w:val="16"/>
              </w:rPr>
              <w:t>Проверка аудитории / накруток</w:t>
            </w:r>
          </w:p>
        </w:tc>
        <w:tc>
          <w:tcPr>
            <w:tcW w:w="5185" w:type="dxa"/>
            <w:vAlign w:val="center"/>
          </w:tcPr>
          <w:p w14:paraId="1DE1F03A" w14:textId="77777777" w:rsidR="00E90567" w:rsidRDefault="00E90567"/>
        </w:tc>
      </w:tr>
      <w:tr w:rsidR="00E90567" w14:paraId="255ADE52" w14:textId="77777777">
        <w:trPr>
          <w:jc w:val="center"/>
        </w:trPr>
        <w:tc>
          <w:tcPr>
            <w:tcW w:w="5185" w:type="dxa"/>
            <w:vAlign w:val="center"/>
          </w:tcPr>
          <w:p w14:paraId="778A8008" w14:textId="77777777" w:rsidR="00E90567" w:rsidRDefault="00EE383C">
            <w:r>
              <w:rPr>
                <w:rFonts w:ascii="Arial" w:hAnsi="Arial"/>
                <w:sz w:val="16"/>
              </w:rPr>
              <w:t>Переговоры и организация размещений</w:t>
            </w:r>
          </w:p>
        </w:tc>
        <w:tc>
          <w:tcPr>
            <w:tcW w:w="5185" w:type="dxa"/>
            <w:vAlign w:val="center"/>
          </w:tcPr>
          <w:p w14:paraId="175EA7DF" w14:textId="77777777" w:rsidR="00E90567" w:rsidRDefault="00E90567"/>
        </w:tc>
      </w:tr>
      <w:tr w:rsidR="00E90567" w14:paraId="0142EB6A" w14:textId="77777777">
        <w:trPr>
          <w:jc w:val="center"/>
        </w:trPr>
        <w:tc>
          <w:tcPr>
            <w:tcW w:w="5185" w:type="dxa"/>
            <w:vAlign w:val="center"/>
          </w:tcPr>
          <w:p w14:paraId="2A0FAE22" w14:textId="77777777" w:rsidR="00E90567" w:rsidRDefault="00EE383C">
            <w:r>
              <w:rPr>
                <w:rFonts w:ascii="Arial" w:hAnsi="Arial"/>
                <w:sz w:val="16"/>
              </w:rPr>
              <w:t>Контроль выхода интеграций</w:t>
            </w:r>
          </w:p>
        </w:tc>
        <w:tc>
          <w:tcPr>
            <w:tcW w:w="5185" w:type="dxa"/>
            <w:vAlign w:val="center"/>
          </w:tcPr>
          <w:p w14:paraId="369806A0" w14:textId="77777777" w:rsidR="00E90567" w:rsidRDefault="00E90567"/>
        </w:tc>
      </w:tr>
      <w:tr w:rsidR="00E90567" w14:paraId="07DFFBEF" w14:textId="77777777">
        <w:trPr>
          <w:jc w:val="center"/>
        </w:trPr>
        <w:tc>
          <w:tcPr>
            <w:tcW w:w="5185" w:type="dxa"/>
            <w:vAlign w:val="center"/>
          </w:tcPr>
          <w:p w14:paraId="7F4DF953" w14:textId="77777777" w:rsidR="00E90567" w:rsidRDefault="00EE383C">
            <w:r>
              <w:rPr>
                <w:rFonts w:ascii="Arial" w:hAnsi="Arial"/>
                <w:sz w:val="16"/>
              </w:rPr>
              <w:t>Отчётность</w:t>
            </w:r>
          </w:p>
        </w:tc>
        <w:tc>
          <w:tcPr>
            <w:tcW w:w="5185" w:type="dxa"/>
            <w:vAlign w:val="center"/>
          </w:tcPr>
          <w:p w14:paraId="6D62F1B7" w14:textId="77777777" w:rsidR="00E90567" w:rsidRDefault="00E90567"/>
        </w:tc>
      </w:tr>
      <w:tr w:rsidR="00E90567" w14:paraId="4912A3FE" w14:textId="77777777">
        <w:trPr>
          <w:jc w:val="center"/>
        </w:trPr>
        <w:tc>
          <w:tcPr>
            <w:tcW w:w="5185" w:type="dxa"/>
            <w:vAlign w:val="center"/>
          </w:tcPr>
          <w:p w14:paraId="36D0BC71" w14:textId="77777777" w:rsidR="00E90567" w:rsidRDefault="00EE383C">
            <w:r>
              <w:rPr>
                <w:rFonts w:ascii="Arial" w:hAnsi="Arial"/>
                <w:sz w:val="16"/>
              </w:rPr>
              <w:t>Комиссия агентства</w:t>
            </w:r>
          </w:p>
        </w:tc>
        <w:tc>
          <w:tcPr>
            <w:tcW w:w="5185" w:type="dxa"/>
            <w:vAlign w:val="center"/>
          </w:tcPr>
          <w:p w14:paraId="00DA12DF" w14:textId="77777777" w:rsidR="00E90567" w:rsidRDefault="00E90567"/>
        </w:tc>
      </w:tr>
      <w:tr w:rsidR="00E90567" w14:paraId="4E082E17" w14:textId="77777777">
        <w:trPr>
          <w:jc w:val="center"/>
        </w:trPr>
        <w:tc>
          <w:tcPr>
            <w:tcW w:w="5185" w:type="dxa"/>
            <w:vAlign w:val="center"/>
          </w:tcPr>
          <w:p w14:paraId="6B2A1CD7" w14:textId="77777777" w:rsidR="00E90567" w:rsidRDefault="00EE383C">
            <w:r>
              <w:rPr>
                <w:rFonts w:ascii="Arial" w:hAnsi="Arial"/>
                <w:sz w:val="16"/>
              </w:rPr>
              <w:t>Минимальная стоимость работы / интеграции</w:t>
            </w:r>
          </w:p>
        </w:tc>
        <w:tc>
          <w:tcPr>
            <w:tcW w:w="5185" w:type="dxa"/>
            <w:vAlign w:val="center"/>
          </w:tcPr>
          <w:p w14:paraId="49A15A0B" w14:textId="77777777" w:rsidR="00E90567" w:rsidRDefault="00E90567"/>
        </w:tc>
      </w:tr>
    </w:tbl>
    <w:p w14:paraId="2ADCF6E2" w14:textId="77777777" w:rsidR="00E90567" w:rsidRDefault="00EE383C">
      <w:pPr>
        <w:pStyle w:val="21"/>
      </w:pPr>
      <w:r>
        <w:t>9. Розыгрыши и специальные проекты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80"/>
        <w:gridCol w:w="5180"/>
      </w:tblGrid>
      <w:tr w:rsidR="00E90567" w14:paraId="0B6807F6" w14:textId="77777777" w:rsidTr="00902573">
        <w:trPr>
          <w:jc w:val="center"/>
        </w:trPr>
        <w:tc>
          <w:tcPr>
            <w:tcW w:w="5180" w:type="dxa"/>
            <w:shd w:val="clear" w:color="auto" w:fill="D9E1F2"/>
            <w:vAlign w:val="center"/>
          </w:tcPr>
          <w:p w14:paraId="79F7FD5C" w14:textId="77777777" w:rsidR="00E90567" w:rsidRDefault="00EE383C">
            <w:r>
              <w:rPr>
                <w:rFonts w:ascii="Arial" w:hAnsi="Arial"/>
                <w:b/>
                <w:sz w:val="16"/>
              </w:rPr>
              <w:t>Параметр</w:t>
            </w:r>
          </w:p>
        </w:tc>
        <w:tc>
          <w:tcPr>
            <w:tcW w:w="5180" w:type="dxa"/>
            <w:shd w:val="clear" w:color="auto" w:fill="D9E1F2"/>
            <w:vAlign w:val="center"/>
          </w:tcPr>
          <w:p w14:paraId="39BFBAA4" w14:textId="77777777" w:rsidR="00E90567" w:rsidRDefault="00EE383C">
            <w:r>
              <w:rPr>
                <w:rFonts w:ascii="Arial" w:hAnsi="Arial"/>
                <w:b/>
                <w:sz w:val="16"/>
              </w:rPr>
              <w:t>Ответ участника</w:t>
            </w:r>
          </w:p>
        </w:tc>
      </w:tr>
      <w:tr w:rsidR="00E90567" w14:paraId="4FED87CE" w14:textId="77777777" w:rsidTr="00902573">
        <w:trPr>
          <w:jc w:val="center"/>
        </w:trPr>
        <w:tc>
          <w:tcPr>
            <w:tcW w:w="5180" w:type="dxa"/>
            <w:vAlign w:val="center"/>
          </w:tcPr>
          <w:p w14:paraId="31062ECD" w14:textId="77777777" w:rsidR="00E90567" w:rsidRDefault="00EE383C">
            <w:r>
              <w:rPr>
                <w:rFonts w:ascii="Arial" w:hAnsi="Arial"/>
                <w:sz w:val="16"/>
              </w:rPr>
              <w:t>Опыт проведения розыгрышей</w:t>
            </w:r>
          </w:p>
        </w:tc>
        <w:tc>
          <w:tcPr>
            <w:tcW w:w="5180" w:type="dxa"/>
            <w:vAlign w:val="center"/>
          </w:tcPr>
          <w:p w14:paraId="553E3E6C" w14:textId="77777777" w:rsidR="00E90567" w:rsidRDefault="00E90567"/>
        </w:tc>
      </w:tr>
      <w:tr w:rsidR="00E90567" w14:paraId="0E567B4E" w14:textId="77777777" w:rsidTr="00902573">
        <w:trPr>
          <w:jc w:val="center"/>
        </w:trPr>
        <w:tc>
          <w:tcPr>
            <w:tcW w:w="5180" w:type="dxa"/>
            <w:vAlign w:val="center"/>
          </w:tcPr>
          <w:p w14:paraId="667FCA1E" w14:textId="77777777" w:rsidR="00E90567" w:rsidRDefault="00EE383C">
            <w:r>
              <w:rPr>
                <w:rFonts w:ascii="Arial" w:hAnsi="Arial"/>
                <w:sz w:val="16"/>
              </w:rPr>
              <w:t>Используемые сервисы / инструменты</w:t>
            </w:r>
          </w:p>
        </w:tc>
        <w:tc>
          <w:tcPr>
            <w:tcW w:w="5180" w:type="dxa"/>
            <w:vAlign w:val="center"/>
          </w:tcPr>
          <w:p w14:paraId="4F79CA66" w14:textId="77777777" w:rsidR="00E90567" w:rsidRDefault="00E90567"/>
        </w:tc>
      </w:tr>
      <w:tr w:rsidR="00E90567" w14:paraId="5447A21E" w14:textId="77777777" w:rsidTr="00902573">
        <w:trPr>
          <w:jc w:val="center"/>
        </w:trPr>
        <w:tc>
          <w:tcPr>
            <w:tcW w:w="5180" w:type="dxa"/>
            <w:vAlign w:val="center"/>
          </w:tcPr>
          <w:p w14:paraId="26C5276B" w14:textId="77777777" w:rsidR="00E90567" w:rsidRDefault="00EE383C">
            <w:r>
              <w:rPr>
                <w:rFonts w:ascii="Arial" w:hAnsi="Arial"/>
                <w:sz w:val="16"/>
              </w:rPr>
              <w:t>Автоматизация регистрации участников</w:t>
            </w:r>
          </w:p>
        </w:tc>
        <w:tc>
          <w:tcPr>
            <w:tcW w:w="5180" w:type="dxa"/>
            <w:vAlign w:val="center"/>
          </w:tcPr>
          <w:p w14:paraId="748603AB" w14:textId="77777777" w:rsidR="00E90567" w:rsidRDefault="00E90567"/>
        </w:tc>
      </w:tr>
      <w:tr w:rsidR="00E90567" w14:paraId="5AD8FED6" w14:textId="77777777" w:rsidTr="00902573">
        <w:trPr>
          <w:jc w:val="center"/>
        </w:trPr>
        <w:tc>
          <w:tcPr>
            <w:tcW w:w="5180" w:type="dxa"/>
            <w:vAlign w:val="center"/>
          </w:tcPr>
          <w:p w14:paraId="5B23416C" w14:textId="77777777" w:rsidR="00E90567" w:rsidRDefault="00EE383C">
            <w:r>
              <w:rPr>
                <w:rFonts w:ascii="Arial" w:hAnsi="Arial"/>
                <w:sz w:val="16"/>
              </w:rPr>
              <w:t>Определение победителей</w:t>
            </w:r>
          </w:p>
        </w:tc>
        <w:tc>
          <w:tcPr>
            <w:tcW w:w="5180" w:type="dxa"/>
            <w:vAlign w:val="center"/>
          </w:tcPr>
          <w:p w14:paraId="7291B4FB" w14:textId="77777777" w:rsidR="00E90567" w:rsidRDefault="00E90567"/>
        </w:tc>
      </w:tr>
      <w:tr w:rsidR="00E90567" w14:paraId="6C3C5D87" w14:textId="77777777" w:rsidTr="00902573">
        <w:trPr>
          <w:jc w:val="center"/>
        </w:trPr>
        <w:tc>
          <w:tcPr>
            <w:tcW w:w="5180" w:type="dxa"/>
            <w:vAlign w:val="center"/>
          </w:tcPr>
          <w:p w14:paraId="51B5491C" w14:textId="77777777" w:rsidR="00E90567" w:rsidRDefault="00EE383C">
            <w:r>
              <w:rPr>
                <w:rFonts w:ascii="Arial" w:hAnsi="Arial"/>
                <w:sz w:val="16"/>
              </w:rPr>
              <w:t>Прозрачность механики</w:t>
            </w:r>
          </w:p>
        </w:tc>
        <w:tc>
          <w:tcPr>
            <w:tcW w:w="5180" w:type="dxa"/>
            <w:vAlign w:val="center"/>
          </w:tcPr>
          <w:p w14:paraId="32C28A32" w14:textId="77777777" w:rsidR="00E90567" w:rsidRDefault="00E90567"/>
        </w:tc>
      </w:tr>
      <w:tr w:rsidR="00E90567" w14:paraId="5C9387A6" w14:textId="77777777" w:rsidTr="00902573">
        <w:trPr>
          <w:jc w:val="center"/>
        </w:trPr>
        <w:tc>
          <w:tcPr>
            <w:tcW w:w="5180" w:type="dxa"/>
            <w:vAlign w:val="center"/>
          </w:tcPr>
          <w:p w14:paraId="54AAA04C" w14:textId="77777777" w:rsidR="00E90567" w:rsidRDefault="00EE383C">
            <w:proofErr w:type="spellStart"/>
            <w:r>
              <w:rPr>
                <w:rFonts w:ascii="Arial" w:hAnsi="Arial"/>
                <w:sz w:val="16"/>
              </w:rPr>
              <w:t>Примеры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проведённых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механик</w:t>
            </w:r>
            <w:proofErr w:type="spellEnd"/>
          </w:p>
        </w:tc>
        <w:tc>
          <w:tcPr>
            <w:tcW w:w="5180" w:type="dxa"/>
            <w:vAlign w:val="center"/>
          </w:tcPr>
          <w:p w14:paraId="30D4537C" w14:textId="77777777" w:rsidR="00E90567" w:rsidRDefault="00E90567"/>
        </w:tc>
      </w:tr>
    </w:tbl>
    <w:p w14:paraId="22C7CFB6" w14:textId="77777777" w:rsidR="00E90567" w:rsidRDefault="00EE383C">
      <w:pPr>
        <w:pStyle w:val="21"/>
      </w:pPr>
      <w:r>
        <w:t>10. Таргетированная реклама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80"/>
        <w:gridCol w:w="5180"/>
      </w:tblGrid>
      <w:tr w:rsidR="00E90567" w14:paraId="20A029EA" w14:textId="77777777">
        <w:trPr>
          <w:jc w:val="center"/>
        </w:trPr>
        <w:tc>
          <w:tcPr>
            <w:tcW w:w="5185" w:type="dxa"/>
            <w:shd w:val="clear" w:color="auto" w:fill="D9E1F2"/>
            <w:vAlign w:val="center"/>
          </w:tcPr>
          <w:p w14:paraId="66783BE0" w14:textId="77777777" w:rsidR="00E90567" w:rsidRDefault="00EE383C">
            <w:r>
              <w:rPr>
                <w:rFonts w:ascii="Arial" w:hAnsi="Arial"/>
                <w:b/>
                <w:sz w:val="16"/>
              </w:rPr>
              <w:t>Параметр</w:t>
            </w:r>
          </w:p>
        </w:tc>
        <w:tc>
          <w:tcPr>
            <w:tcW w:w="5185" w:type="dxa"/>
            <w:shd w:val="clear" w:color="auto" w:fill="D9E1F2"/>
            <w:vAlign w:val="center"/>
          </w:tcPr>
          <w:p w14:paraId="2D9DFA82" w14:textId="77777777" w:rsidR="00E90567" w:rsidRDefault="00EE383C">
            <w:r>
              <w:rPr>
                <w:rFonts w:ascii="Arial" w:hAnsi="Arial"/>
                <w:b/>
                <w:sz w:val="16"/>
              </w:rPr>
              <w:t>Ответ участника</w:t>
            </w:r>
          </w:p>
        </w:tc>
      </w:tr>
      <w:tr w:rsidR="00E90567" w14:paraId="142A2EA4" w14:textId="77777777">
        <w:trPr>
          <w:jc w:val="center"/>
        </w:trPr>
        <w:tc>
          <w:tcPr>
            <w:tcW w:w="5185" w:type="dxa"/>
            <w:vAlign w:val="center"/>
          </w:tcPr>
          <w:p w14:paraId="3B74C3EF" w14:textId="77777777" w:rsidR="00E90567" w:rsidRDefault="00EE383C">
            <w:r>
              <w:rPr>
                <w:rFonts w:ascii="Arial" w:hAnsi="Arial"/>
                <w:sz w:val="16"/>
              </w:rPr>
              <w:t>Таргетолог входит в стоимость</w:t>
            </w:r>
          </w:p>
        </w:tc>
        <w:tc>
          <w:tcPr>
            <w:tcW w:w="5185" w:type="dxa"/>
            <w:vAlign w:val="center"/>
          </w:tcPr>
          <w:p w14:paraId="098D7E12" w14:textId="77777777" w:rsidR="00E90567" w:rsidRDefault="00E90567"/>
        </w:tc>
      </w:tr>
      <w:tr w:rsidR="00E90567" w14:paraId="181E2EC7" w14:textId="77777777">
        <w:trPr>
          <w:jc w:val="center"/>
        </w:trPr>
        <w:tc>
          <w:tcPr>
            <w:tcW w:w="5185" w:type="dxa"/>
            <w:vAlign w:val="center"/>
          </w:tcPr>
          <w:p w14:paraId="314C029A" w14:textId="77777777" w:rsidR="00E90567" w:rsidRDefault="00EE383C">
            <w:r>
              <w:rPr>
                <w:rFonts w:ascii="Arial" w:hAnsi="Arial"/>
                <w:sz w:val="16"/>
              </w:rPr>
              <w:t>Стоимость работы таргетолога</w:t>
            </w:r>
          </w:p>
        </w:tc>
        <w:tc>
          <w:tcPr>
            <w:tcW w:w="5185" w:type="dxa"/>
            <w:vAlign w:val="center"/>
          </w:tcPr>
          <w:p w14:paraId="4C0C8A30" w14:textId="77777777" w:rsidR="00E90567" w:rsidRDefault="00E90567"/>
        </w:tc>
      </w:tr>
      <w:tr w:rsidR="00E90567" w14:paraId="499EDA0B" w14:textId="77777777">
        <w:trPr>
          <w:jc w:val="center"/>
        </w:trPr>
        <w:tc>
          <w:tcPr>
            <w:tcW w:w="5185" w:type="dxa"/>
            <w:vAlign w:val="center"/>
          </w:tcPr>
          <w:p w14:paraId="58F54BE1" w14:textId="77777777" w:rsidR="00E90567" w:rsidRDefault="00EE383C">
            <w:r>
              <w:rPr>
                <w:rFonts w:ascii="Arial" w:hAnsi="Arial"/>
                <w:sz w:val="16"/>
              </w:rPr>
              <w:t>Рекламный бюджет включён</w:t>
            </w:r>
          </w:p>
        </w:tc>
        <w:tc>
          <w:tcPr>
            <w:tcW w:w="5185" w:type="dxa"/>
            <w:vAlign w:val="center"/>
          </w:tcPr>
          <w:p w14:paraId="556CCA6F" w14:textId="77777777" w:rsidR="00E90567" w:rsidRDefault="00EE383C">
            <w:r>
              <w:rPr>
                <w:rFonts w:ascii="Arial" w:hAnsi="Arial"/>
                <w:sz w:val="16"/>
              </w:rPr>
              <w:t>Да / Нет</w:t>
            </w:r>
          </w:p>
        </w:tc>
      </w:tr>
      <w:tr w:rsidR="00E90567" w:rsidRPr="00902573" w14:paraId="43112745" w14:textId="77777777">
        <w:trPr>
          <w:jc w:val="center"/>
        </w:trPr>
        <w:tc>
          <w:tcPr>
            <w:tcW w:w="5185" w:type="dxa"/>
            <w:vAlign w:val="center"/>
          </w:tcPr>
          <w:p w14:paraId="6E1FAA0A" w14:textId="77777777" w:rsidR="00E90567" w:rsidRPr="00EE383C" w:rsidRDefault="00EE383C">
            <w:pPr>
              <w:rPr>
                <w:lang w:val="ru-RU"/>
              </w:rPr>
            </w:pPr>
            <w:r w:rsidRPr="00EE383C">
              <w:rPr>
                <w:rFonts w:ascii="Arial" w:hAnsi="Arial"/>
                <w:sz w:val="16"/>
                <w:lang w:val="ru-RU"/>
              </w:rPr>
              <w:t>Комиссия агентства от рекламного бюджета</w:t>
            </w:r>
          </w:p>
        </w:tc>
        <w:tc>
          <w:tcPr>
            <w:tcW w:w="5185" w:type="dxa"/>
            <w:vAlign w:val="center"/>
          </w:tcPr>
          <w:p w14:paraId="4FCB3DDD" w14:textId="77777777" w:rsidR="00E90567" w:rsidRPr="00EE383C" w:rsidRDefault="00E90567">
            <w:pPr>
              <w:rPr>
                <w:lang w:val="ru-RU"/>
              </w:rPr>
            </w:pPr>
          </w:p>
        </w:tc>
      </w:tr>
      <w:tr w:rsidR="00E90567" w:rsidRPr="00902573" w14:paraId="633591DA" w14:textId="77777777">
        <w:trPr>
          <w:jc w:val="center"/>
        </w:trPr>
        <w:tc>
          <w:tcPr>
            <w:tcW w:w="5185" w:type="dxa"/>
            <w:vAlign w:val="center"/>
          </w:tcPr>
          <w:p w14:paraId="041C4FB2" w14:textId="77777777" w:rsidR="00E90567" w:rsidRPr="00EE383C" w:rsidRDefault="00EE383C">
            <w:pPr>
              <w:rPr>
                <w:lang w:val="ru-RU"/>
              </w:rPr>
            </w:pPr>
            <w:r w:rsidRPr="00EE383C">
              <w:rPr>
                <w:rFonts w:ascii="Arial" w:hAnsi="Arial"/>
                <w:sz w:val="16"/>
                <w:lang w:val="ru-RU"/>
              </w:rPr>
              <w:t>Настройка и ведение рекламных кампаний</w:t>
            </w:r>
          </w:p>
        </w:tc>
        <w:tc>
          <w:tcPr>
            <w:tcW w:w="5185" w:type="dxa"/>
            <w:vAlign w:val="center"/>
          </w:tcPr>
          <w:p w14:paraId="4D2A1A08" w14:textId="77777777" w:rsidR="00E90567" w:rsidRPr="00EE383C" w:rsidRDefault="00E90567">
            <w:pPr>
              <w:rPr>
                <w:lang w:val="ru-RU"/>
              </w:rPr>
            </w:pPr>
          </w:p>
        </w:tc>
      </w:tr>
      <w:tr w:rsidR="00E90567" w14:paraId="45AED109" w14:textId="77777777">
        <w:trPr>
          <w:jc w:val="center"/>
        </w:trPr>
        <w:tc>
          <w:tcPr>
            <w:tcW w:w="5185" w:type="dxa"/>
            <w:vAlign w:val="center"/>
          </w:tcPr>
          <w:p w14:paraId="19293615" w14:textId="77777777" w:rsidR="00E90567" w:rsidRDefault="00EE383C">
            <w:proofErr w:type="spellStart"/>
            <w:r>
              <w:rPr>
                <w:rFonts w:ascii="Arial" w:hAnsi="Arial"/>
                <w:sz w:val="16"/>
              </w:rPr>
              <w:t>Оптимизация</w:t>
            </w:r>
            <w:proofErr w:type="spellEnd"/>
          </w:p>
        </w:tc>
        <w:tc>
          <w:tcPr>
            <w:tcW w:w="5185" w:type="dxa"/>
            <w:vAlign w:val="center"/>
          </w:tcPr>
          <w:p w14:paraId="5D0C8DF5" w14:textId="77777777" w:rsidR="00E90567" w:rsidRDefault="00E90567"/>
        </w:tc>
      </w:tr>
      <w:tr w:rsidR="00E90567" w14:paraId="79EE0048" w14:textId="77777777">
        <w:trPr>
          <w:jc w:val="center"/>
        </w:trPr>
        <w:tc>
          <w:tcPr>
            <w:tcW w:w="5185" w:type="dxa"/>
            <w:vAlign w:val="center"/>
          </w:tcPr>
          <w:p w14:paraId="5E9628B9" w14:textId="77777777" w:rsidR="00E90567" w:rsidRDefault="00EE383C">
            <w:r>
              <w:rPr>
                <w:rFonts w:ascii="Arial" w:hAnsi="Arial"/>
                <w:sz w:val="16"/>
              </w:rPr>
              <w:t>Отчётность</w:t>
            </w:r>
          </w:p>
        </w:tc>
        <w:tc>
          <w:tcPr>
            <w:tcW w:w="5185" w:type="dxa"/>
            <w:vAlign w:val="center"/>
          </w:tcPr>
          <w:p w14:paraId="41A534F9" w14:textId="77777777" w:rsidR="00E90567" w:rsidRDefault="00E90567"/>
        </w:tc>
      </w:tr>
    </w:tbl>
    <w:p w14:paraId="3A8DC377" w14:textId="77777777" w:rsidR="00E90567" w:rsidRDefault="00EE383C">
      <w:pPr>
        <w:pStyle w:val="21"/>
      </w:pPr>
      <w:r>
        <w:t>11. Аналитика, KPI и отчётность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80"/>
        <w:gridCol w:w="5180"/>
      </w:tblGrid>
      <w:tr w:rsidR="00E90567" w14:paraId="19B7A6A3" w14:textId="77777777" w:rsidTr="00902573">
        <w:trPr>
          <w:jc w:val="center"/>
        </w:trPr>
        <w:tc>
          <w:tcPr>
            <w:tcW w:w="5180" w:type="dxa"/>
            <w:shd w:val="clear" w:color="auto" w:fill="D9E1F2"/>
            <w:vAlign w:val="center"/>
          </w:tcPr>
          <w:p w14:paraId="6B908910" w14:textId="77777777" w:rsidR="00E90567" w:rsidRDefault="00EE383C">
            <w:r>
              <w:rPr>
                <w:rFonts w:ascii="Arial" w:hAnsi="Arial"/>
                <w:b/>
                <w:sz w:val="16"/>
              </w:rPr>
              <w:t>Параметр</w:t>
            </w:r>
          </w:p>
        </w:tc>
        <w:tc>
          <w:tcPr>
            <w:tcW w:w="5180" w:type="dxa"/>
            <w:shd w:val="clear" w:color="auto" w:fill="D9E1F2"/>
            <w:vAlign w:val="center"/>
          </w:tcPr>
          <w:p w14:paraId="22E72D0A" w14:textId="77777777" w:rsidR="00E90567" w:rsidRDefault="00EE383C">
            <w:r>
              <w:rPr>
                <w:rFonts w:ascii="Arial" w:hAnsi="Arial"/>
                <w:b/>
                <w:sz w:val="16"/>
              </w:rPr>
              <w:t>Ответ участника</w:t>
            </w:r>
          </w:p>
        </w:tc>
      </w:tr>
      <w:tr w:rsidR="00E90567" w14:paraId="16D3BFEE" w14:textId="77777777" w:rsidTr="00902573">
        <w:trPr>
          <w:jc w:val="center"/>
        </w:trPr>
        <w:tc>
          <w:tcPr>
            <w:tcW w:w="5180" w:type="dxa"/>
            <w:vAlign w:val="center"/>
          </w:tcPr>
          <w:p w14:paraId="35807210" w14:textId="77777777" w:rsidR="00E90567" w:rsidRDefault="00EE383C">
            <w:r>
              <w:rPr>
                <w:rFonts w:ascii="Arial" w:hAnsi="Arial"/>
                <w:sz w:val="16"/>
              </w:rPr>
              <w:t>Формат отчёта</w:t>
            </w:r>
          </w:p>
        </w:tc>
        <w:tc>
          <w:tcPr>
            <w:tcW w:w="5180" w:type="dxa"/>
            <w:vAlign w:val="center"/>
          </w:tcPr>
          <w:p w14:paraId="1BA4A828" w14:textId="77777777" w:rsidR="00E90567" w:rsidRDefault="00E90567"/>
        </w:tc>
      </w:tr>
      <w:tr w:rsidR="00E90567" w14:paraId="1DD42DA9" w14:textId="77777777" w:rsidTr="00902573">
        <w:trPr>
          <w:jc w:val="center"/>
        </w:trPr>
        <w:tc>
          <w:tcPr>
            <w:tcW w:w="5180" w:type="dxa"/>
            <w:vAlign w:val="center"/>
          </w:tcPr>
          <w:p w14:paraId="5476C62E" w14:textId="77777777" w:rsidR="00E90567" w:rsidRDefault="00EE383C">
            <w:r>
              <w:rPr>
                <w:rFonts w:ascii="Arial" w:hAnsi="Arial"/>
                <w:sz w:val="16"/>
              </w:rPr>
              <w:t>Периодичность отчётности</w:t>
            </w:r>
          </w:p>
        </w:tc>
        <w:tc>
          <w:tcPr>
            <w:tcW w:w="5180" w:type="dxa"/>
            <w:vAlign w:val="center"/>
          </w:tcPr>
          <w:p w14:paraId="6B9DBFCE" w14:textId="77777777" w:rsidR="00E90567" w:rsidRDefault="00E90567"/>
        </w:tc>
      </w:tr>
      <w:tr w:rsidR="00E90567" w14:paraId="12598889" w14:textId="77777777" w:rsidTr="00902573">
        <w:trPr>
          <w:jc w:val="center"/>
        </w:trPr>
        <w:tc>
          <w:tcPr>
            <w:tcW w:w="5180" w:type="dxa"/>
            <w:vAlign w:val="center"/>
          </w:tcPr>
          <w:p w14:paraId="6FE86E8E" w14:textId="77777777" w:rsidR="00E90567" w:rsidRDefault="00EE383C">
            <w:r>
              <w:rPr>
                <w:rFonts w:ascii="Arial" w:hAnsi="Arial"/>
                <w:sz w:val="16"/>
              </w:rPr>
              <w:t>Предоставление аналитики конкурентов</w:t>
            </w:r>
          </w:p>
        </w:tc>
        <w:tc>
          <w:tcPr>
            <w:tcW w:w="5180" w:type="dxa"/>
            <w:vAlign w:val="center"/>
          </w:tcPr>
          <w:p w14:paraId="42E62656" w14:textId="77777777" w:rsidR="00E90567" w:rsidRDefault="00E90567"/>
        </w:tc>
      </w:tr>
      <w:tr w:rsidR="00E90567" w14:paraId="54C1B41E" w14:textId="77777777" w:rsidTr="00902573">
        <w:trPr>
          <w:jc w:val="center"/>
        </w:trPr>
        <w:tc>
          <w:tcPr>
            <w:tcW w:w="5180" w:type="dxa"/>
            <w:vAlign w:val="center"/>
          </w:tcPr>
          <w:p w14:paraId="0FD7BAB3" w14:textId="77777777" w:rsidR="00E90567" w:rsidRDefault="00EE383C">
            <w:r>
              <w:rPr>
                <w:rFonts w:ascii="Arial" w:hAnsi="Arial"/>
                <w:sz w:val="16"/>
              </w:rPr>
              <w:t>Основные KPI</w:t>
            </w:r>
          </w:p>
        </w:tc>
        <w:tc>
          <w:tcPr>
            <w:tcW w:w="5180" w:type="dxa"/>
            <w:vAlign w:val="center"/>
          </w:tcPr>
          <w:p w14:paraId="62223114" w14:textId="77777777" w:rsidR="00E90567" w:rsidRDefault="00E90567"/>
        </w:tc>
      </w:tr>
      <w:tr w:rsidR="00E90567" w:rsidRPr="00902573" w14:paraId="5CBA280B" w14:textId="77777777" w:rsidTr="00902573">
        <w:trPr>
          <w:jc w:val="center"/>
        </w:trPr>
        <w:tc>
          <w:tcPr>
            <w:tcW w:w="5180" w:type="dxa"/>
            <w:vAlign w:val="center"/>
          </w:tcPr>
          <w:p w14:paraId="2627B34C" w14:textId="77777777" w:rsidR="00E90567" w:rsidRPr="00EE383C" w:rsidRDefault="00EE383C">
            <w:pPr>
              <w:rPr>
                <w:lang w:val="ru-RU"/>
              </w:rPr>
            </w:pPr>
            <w:r w:rsidRPr="00EE383C">
              <w:rPr>
                <w:rFonts w:ascii="Arial" w:hAnsi="Arial"/>
                <w:sz w:val="16"/>
                <w:lang w:val="ru-RU"/>
              </w:rPr>
              <w:t xml:space="preserve">Предлагаемые целевые </w:t>
            </w:r>
            <w:r>
              <w:rPr>
                <w:rFonts w:ascii="Arial" w:hAnsi="Arial"/>
                <w:sz w:val="16"/>
              </w:rPr>
              <w:t>KPI</w:t>
            </w:r>
            <w:r w:rsidRPr="00EE383C">
              <w:rPr>
                <w:rFonts w:ascii="Arial" w:hAnsi="Arial"/>
                <w:sz w:val="16"/>
                <w:lang w:val="ru-RU"/>
              </w:rPr>
              <w:t xml:space="preserve"> на первые 3 месяца</w:t>
            </w:r>
          </w:p>
        </w:tc>
        <w:tc>
          <w:tcPr>
            <w:tcW w:w="5180" w:type="dxa"/>
            <w:vAlign w:val="center"/>
          </w:tcPr>
          <w:p w14:paraId="5C1640A0" w14:textId="77777777" w:rsidR="00E90567" w:rsidRPr="00EE383C" w:rsidRDefault="00E90567">
            <w:pPr>
              <w:rPr>
                <w:lang w:val="ru-RU"/>
              </w:rPr>
            </w:pPr>
          </w:p>
        </w:tc>
      </w:tr>
      <w:tr w:rsidR="00E90567" w:rsidRPr="00902573" w14:paraId="01E18DD8" w14:textId="77777777" w:rsidTr="00902573">
        <w:trPr>
          <w:jc w:val="center"/>
        </w:trPr>
        <w:tc>
          <w:tcPr>
            <w:tcW w:w="5180" w:type="dxa"/>
            <w:vAlign w:val="center"/>
          </w:tcPr>
          <w:p w14:paraId="6C9F19BE" w14:textId="77777777" w:rsidR="00E90567" w:rsidRPr="00EE383C" w:rsidRDefault="00EE383C">
            <w:pPr>
              <w:rPr>
                <w:lang w:val="ru-RU"/>
              </w:rPr>
            </w:pPr>
            <w:r w:rsidRPr="00EE383C">
              <w:rPr>
                <w:rFonts w:ascii="Arial" w:hAnsi="Arial"/>
                <w:sz w:val="16"/>
                <w:lang w:val="ru-RU"/>
              </w:rPr>
              <w:t xml:space="preserve">Предлагаемые целевые </w:t>
            </w:r>
            <w:r>
              <w:rPr>
                <w:rFonts w:ascii="Arial" w:hAnsi="Arial"/>
                <w:sz w:val="16"/>
              </w:rPr>
              <w:t>KPI</w:t>
            </w:r>
            <w:r w:rsidRPr="00EE383C">
              <w:rPr>
                <w:rFonts w:ascii="Arial" w:hAnsi="Arial"/>
                <w:sz w:val="16"/>
                <w:lang w:val="ru-RU"/>
              </w:rPr>
              <w:t xml:space="preserve"> на 6–12 месяцев</w:t>
            </w:r>
          </w:p>
        </w:tc>
        <w:tc>
          <w:tcPr>
            <w:tcW w:w="5180" w:type="dxa"/>
            <w:vAlign w:val="center"/>
          </w:tcPr>
          <w:p w14:paraId="2EAB6F82" w14:textId="77777777" w:rsidR="00E90567" w:rsidRPr="00EE383C" w:rsidRDefault="00E90567">
            <w:pPr>
              <w:rPr>
                <w:lang w:val="ru-RU"/>
              </w:rPr>
            </w:pPr>
          </w:p>
        </w:tc>
      </w:tr>
      <w:tr w:rsidR="00E90567" w:rsidRPr="00902573" w14:paraId="3E64BA18" w14:textId="77777777" w:rsidTr="00902573">
        <w:trPr>
          <w:jc w:val="center"/>
        </w:trPr>
        <w:tc>
          <w:tcPr>
            <w:tcW w:w="5180" w:type="dxa"/>
            <w:vAlign w:val="center"/>
          </w:tcPr>
          <w:p w14:paraId="0A5960BB" w14:textId="77777777" w:rsidR="00E90567" w:rsidRPr="00EE383C" w:rsidRDefault="00EE383C">
            <w:pPr>
              <w:rPr>
                <w:lang w:val="ru-RU"/>
              </w:rPr>
            </w:pPr>
            <w:r w:rsidRPr="00EE383C">
              <w:rPr>
                <w:rFonts w:ascii="Arial" w:hAnsi="Arial"/>
                <w:sz w:val="16"/>
                <w:lang w:val="ru-RU"/>
              </w:rPr>
              <w:t>Формирование плана на следующий месяц</w:t>
            </w:r>
          </w:p>
        </w:tc>
        <w:tc>
          <w:tcPr>
            <w:tcW w:w="5180" w:type="dxa"/>
            <w:vAlign w:val="center"/>
          </w:tcPr>
          <w:p w14:paraId="21E08BED" w14:textId="77777777" w:rsidR="00E90567" w:rsidRPr="00EE383C" w:rsidRDefault="00E90567">
            <w:pPr>
              <w:rPr>
                <w:lang w:val="ru-RU"/>
              </w:rPr>
            </w:pPr>
          </w:p>
        </w:tc>
      </w:tr>
    </w:tbl>
    <w:p w14:paraId="394410FF" w14:textId="77777777" w:rsidR="00E90567" w:rsidRDefault="00EE383C">
      <w:pPr>
        <w:pStyle w:val="21"/>
      </w:pPr>
      <w:r>
        <w:t>12. Срок запуска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80"/>
        <w:gridCol w:w="5180"/>
      </w:tblGrid>
      <w:tr w:rsidR="00E90567" w14:paraId="316A0C0E" w14:textId="77777777">
        <w:trPr>
          <w:jc w:val="center"/>
        </w:trPr>
        <w:tc>
          <w:tcPr>
            <w:tcW w:w="5185" w:type="dxa"/>
            <w:shd w:val="clear" w:color="auto" w:fill="D9E1F2"/>
            <w:vAlign w:val="center"/>
          </w:tcPr>
          <w:p w14:paraId="034CDE28" w14:textId="77777777" w:rsidR="00E90567" w:rsidRDefault="00EE383C">
            <w:r>
              <w:rPr>
                <w:rFonts w:ascii="Arial" w:hAnsi="Arial"/>
                <w:b/>
                <w:sz w:val="16"/>
              </w:rPr>
              <w:lastRenderedPageBreak/>
              <w:t>Этап</w:t>
            </w:r>
          </w:p>
        </w:tc>
        <w:tc>
          <w:tcPr>
            <w:tcW w:w="5185" w:type="dxa"/>
            <w:shd w:val="clear" w:color="auto" w:fill="D9E1F2"/>
            <w:vAlign w:val="center"/>
          </w:tcPr>
          <w:p w14:paraId="36F35E01" w14:textId="77777777" w:rsidR="00E90567" w:rsidRDefault="00EE383C">
            <w:r>
              <w:rPr>
                <w:rFonts w:ascii="Arial" w:hAnsi="Arial"/>
                <w:b/>
                <w:sz w:val="16"/>
              </w:rPr>
              <w:t>Срок</w:t>
            </w:r>
          </w:p>
        </w:tc>
      </w:tr>
      <w:tr w:rsidR="00E90567" w14:paraId="675C4048" w14:textId="77777777">
        <w:trPr>
          <w:jc w:val="center"/>
        </w:trPr>
        <w:tc>
          <w:tcPr>
            <w:tcW w:w="5185" w:type="dxa"/>
            <w:vAlign w:val="center"/>
          </w:tcPr>
          <w:p w14:paraId="4C5D4EB3" w14:textId="77777777" w:rsidR="00E90567" w:rsidRDefault="00EE383C">
            <w:r>
              <w:rPr>
                <w:rFonts w:ascii="Arial" w:hAnsi="Arial"/>
                <w:sz w:val="16"/>
              </w:rPr>
              <w:t>Получение доступов</w:t>
            </w:r>
          </w:p>
        </w:tc>
        <w:tc>
          <w:tcPr>
            <w:tcW w:w="5185" w:type="dxa"/>
            <w:vAlign w:val="center"/>
          </w:tcPr>
          <w:p w14:paraId="32A10C29" w14:textId="77777777" w:rsidR="00E90567" w:rsidRDefault="00E90567"/>
        </w:tc>
      </w:tr>
      <w:tr w:rsidR="00E90567" w14:paraId="0E9749B3" w14:textId="77777777">
        <w:trPr>
          <w:jc w:val="center"/>
        </w:trPr>
        <w:tc>
          <w:tcPr>
            <w:tcW w:w="5185" w:type="dxa"/>
            <w:vAlign w:val="center"/>
          </w:tcPr>
          <w:p w14:paraId="591AFD9F" w14:textId="77777777" w:rsidR="00E90567" w:rsidRDefault="00EE383C">
            <w:r>
              <w:rPr>
                <w:rFonts w:ascii="Arial" w:hAnsi="Arial"/>
                <w:sz w:val="16"/>
              </w:rPr>
              <w:t>Аудит текущих аккаунтов</w:t>
            </w:r>
          </w:p>
        </w:tc>
        <w:tc>
          <w:tcPr>
            <w:tcW w:w="5185" w:type="dxa"/>
            <w:vAlign w:val="center"/>
          </w:tcPr>
          <w:p w14:paraId="7B809313" w14:textId="77777777" w:rsidR="00E90567" w:rsidRDefault="00E90567"/>
        </w:tc>
      </w:tr>
      <w:tr w:rsidR="00E90567" w14:paraId="77E617F8" w14:textId="77777777">
        <w:trPr>
          <w:jc w:val="center"/>
        </w:trPr>
        <w:tc>
          <w:tcPr>
            <w:tcW w:w="5185" w:type="dxa"/>
            <w:vAlign w:val="center"/>
          </w:tcPr>
          <w:p w14:paraId="5CF30D00" w14:textId="77777777" w:rsidR="00E90567" w:rsidRDefault="00EE383C">
            <w:r>
              <w:rPr>
                <w:rFonts w:ascii="Arial" w:hAnsi="Arial"/>
                <w:sz w:val="16"/>
              </w:rPr>
              <w:t>Разработка стратегии</w:t>
            </w:r>
          </w:p>
        </w:tc>
        <w:tc>
          <w:tcPr>
            <w:tcW w:w="5185" w:type="dxa"/>
            <w:vAlign w:val="center"/>
          </w:tcPr>
          <w:p w14:paraId="7346A2F2" w14:textId="77777777" w:rsidR="00E90567" w:rsidRDefault="00E90567"/>
        </w:tc>
      </w:tr>
      <w:tr w:rsidR="00E90567" w14:paraId="0FC4DB53" w14:textId="77777777">
        <w:trPr>
          <w:jc w:val="center"/>
        </w:trPr>
        <w:tc>
          <w:tcPr>
            <w:tcW w:w="5185" w:type="dxa"/>
            <w:vAlign w:val="center"/>
          </w:tcPr>
          <w:p w14:paraId="51328140" w14:textId="77777777" w:rsidR="00E90567" w:rsidRDefault="00EE383C">
            <w:r>
              <w:rPr>
                <w:rFonts w:ascii="Arial" w:hAnsi="Arial"/>
                <w:sz w:val="16"/>
              </w:rPr>
              <w:t>Подготовка первого контент-плана</w:t>
            </w:r>
          </w:p>
        </w:tc>
        <w:tc>
          <w:tcPr>
            <w:tcW w:w="5185" w:type="dxa"/>
            <w:vAlign w:val="center"/>
          </w:tcPr>
          <w:p w14:paraId="19954D58" w14:textId="77777777" w:rsidR="00E90567" w:rsidRDefault="00E90567"/>
        </w:tc>
      </w:tr>
      <w:tr w:rsidR="00E90567" w14:paraId="49BBE6C9" w14:textId="77777777">
        <w:trPr>
          <w:jc w:val="center"/>
        </w:trPr>
        <w:tc>
          <w:tcPr>
            <w:tcW w:w="5185" w:type="dxa"/>
            <w:vAlign w:val="center"/>
          </w:tcPr>
          <w:p w14:paraId="0E1EB507" w14:textId="77777777" w:rsidR="00E90567" w:rsidRDefault="00EE383C">
            <w:r>
              <w:rPr>
                <w:rFonts w:ascii="Arial" w:hAnsi="Arial"/>
                <w:sz w:val="16"/>
              </w:rPr>
              <w:t>Подготовка первых материалов</w:t>
            </w:r>
          </w:p>
        </w:tc>
        <w:tc>
          <w:tcPr>
            <w:tcW w:w="5185" w:type="dxa"/>
            <w:vAlign w:val="center"/>
          </w:tcPr>
          <w:p w14:paraId="4B139805" w14:textId="77777777" w:rsidR="00E90567" w:rsidRDefault="00E90567"/>
        </w:tc>
      </w:tr>
      <w:tr w:rsidR="00E90567" w14:paraId="522BED10" w14:textId="77777777">
        <w:trPr>
          <w:jc w:val="center"/>
        </w:trPr>
        <w:tc>
          <w:tcPr>
            <w:tcW w:w="5185" w:type="dxa"/>
            <w:vAlign w:val="center"/>
          </w:tcPr>
          <w:p w14:paraId="4891873C" w14:textId="77777777" w:rsidR="00E90567" w:rsidRDefault="00EE383C">
            <w:r>
              <w:rPr>
                <w:rFonts w:ascii="Arial" w:hAnsi="Arial"/>
                <w:sz w:val="16"/>
              </w:rPr>
              <w:t>Полный запуск работ</w:t>
            </w:r>
          </w:p>
        </w:tc>
        <w:tc>
          <w:tcPr>
            <w:tcW w:w="5185" w:type="dxa"/>
            <w:vAlign w:val="center"/>
          </w:tcPr>
          <w:p w14:paraId="11FDD6F3" w14:textId="77777777" w:rsidR="00E90567" w:rsidRDefault="00E90567"/>
        </w:tc>
      </w:tr>
    </w:tbl>
    <w:p w14:paraId="7A324EE8" w14:textId="77777777" w:rsidR="00E90567" w:rsidRDefault="00EE383C">
      <w:pPr>
        <w:pStyle w:val="1"/>
      </w:pPr>
      <w:r>
        <w:t>РАЗДЕЛ В. КОММЕРЧЕСКОЕ ПРЕДЛОЖЕНИЕ</w:t>
      </w:r>
    </w:p>
    <w:p w14:paraId="770A2126" w14:textId="77777777" w:rsidR="00E90567" w:rsidRPr="00EE383C" w:rsidRDefault="00EE383C">
      <w:pPr>
        <w:rPr>
          <w:lang w:val="ru-RU"/>
        </w:rPr>
      </w:pPr>
      <w:r w:rsidRPr="00EE383C">
        <w:rPr>
          <w:lang w:val="ru-RU"/>
        </w:rPr>
        <w:t>Участник обязан указать стоимость всех основных услуг. Если услуга не входит в стоимость, необходимо указать её отдельную цену.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072"/>
        <w:gridCol w:w="2072"/>
        <w:gridCol w:w="2072"/>
        <w:gridCol w:w="2072"/>
        <w:gridCol w:w="2072"/>
      </w:tblGrid>
      <w:tr w:rsidR="00E90567" w14:paraId="64980378" w14:textId="77777777" w:rsidTr="00902573">
        <w:trPr>
          <w:jc w:val="center"/>
        </w:trPr>
        <w:tc>
          <w:tcPr>
            <w:tcW w:w="2072" w:type="dxa"/>
            <w:shd w:val="clear" w:color="auto" w:fill="D9E1F2"/>
            <w:vAlign w:val="center"/>
          </w:tcPr>
          <w:p w14:paraId="5AA6AD35" w14:textId="77777777" w:rsidR="00E90567" w:rsidRDefault="00EE383C">
            <w:proofErr w:type="spellStart"/>
            <w:r>
              <w:rPr>
                <w:rFonts w:ascii="Arial" w:hAnsi="Arial"/>
                <w:b/>
                <w:sz w:val="14"/>
              </w:rPr>
              <w:t>Услуга</w:t>
            </w:r>
            <w:proofErr w:type="spellEnd"/>
          </w:p>
        </w:tc>
        <w:tc>
          <w:tcPr>
            <w:tcW w:w="2072" w:type="dxa"/>
            <w:shd w:val="clear" w:color="auto" w:fill="D9E1F2"/>
            <w:vAlign w:val="center"/>
          </w:tcPr>
          <w:p w14:paraId="474FB494" w14:textId="77777777" w:rsidR="00E90567" w:rsidRDefault="00EE383C">
            <w:r>
              <w:rPr>
                <w:rFonts w:ascii="Arial" w:hAnsi="Arial"/>
                <w:b/>
                <w:sz w:val="14"/>
              </w:rPr>
              <w:t>Кол-во / мес.</w:t>
            </w:r>
          </w:p>
        </w:tc>
        <w:tc>
          <w:tcPr>
            <w:tcW w:w="2072" w:type="dxa"/>
            <w:shd w:val="clear" w:color="auto" w:fill="D9E1F2"/>
            <w:vAlign w:val="center"/>
          </w:tcPr>
          <w:p w14:paraId="57CF61F0" w14:textId="77777777" w:rsidR="00E90567" w:rsidRDefault="00EE383C">
            <w:r>
              <w:rPr>
                <w:rFonts w:ascii="Arial" w:hAnsi="Arial"/>
                <w:b/>
                <w:sz w:val="14"/>
              </w:rPr>
              <w:t>Цена без НДС</w:t>
            </w:r>
          </w:p>
        </w:tc>
        <w:tc>
          <w:tcPr>
            <w:tcW w:w="2072" w:type="dxa"/>
            <w:shd w:val="clear" w:color="auto" w:fill="D9E1F2"/>
            <w:vAlign w:val="center"/>
          </w:tcPr>
          <w:p w14:paraId="49ED1BAA" w14:textId="77777777" w:rsidR="00E90567" w:rsidRDefault="00EE383C">
            <w:r>
              <w:rPr>
                <w:rFonts w:ascii="Arial" w:hAnsi="Arial"/>
                <w:b/>
                <w:sz w:val="14"/>
              </w:rPr>
              <w:t>НДС</w:t>
            </w:r>
          </w:p>
        </w:tc>
        <w:tc>
          <w:tcPr>
            <w:tcW w:w="2072" w:type="dxa"/>
            <w:shd w:val="clear" w:color="auto" w:fill="D9E1F2"/>
            <w:vAlign w:val="center"/>
          </w:tcPr>
          <w:p w14:paraId="284B1CAE" w14:textId="77777777" w:rsidR="00E90567" w:rsidRDefault="00EE383C">
            <w:r>
              <w:rPr>
                <w:rFonts w:ascii="Arial" w:hAnsi="Arial"/>
                <w:b/>
                <w:sz w:val="14"/>
              </w:rPr>
              <w:t>Цена с НДС</w:t>
            </w:r>
          </w:p>
        </w:tc>
      </w:tr>
      <w:tr w:rsidR="00E90567" w14:paraId="7B70DE07" w14:textId="77777777" w:rsidTr="00902573">
        <w:trPr>
          <w:jc w:val="center"/>
        </w:trPr>
        <w:tc>
          <w:tcPr>
            <w:tcW w:w="2072" w:type="dxa"/>
            <w:vAlign w:val="center"/>
          </w:tcPr>
          <w:p w14:paraId="36C9FEA4" w14:textId="77777777" w:rsidR="00E90567" w:rsidRDefault="00EE383C">
            <w:r>
              <w:rPr>
                <w:rFonts w:ascii="Arial" w:hAnsi="Arial"/>
                <w:sz w:val="14"/>
              </w:rPr>
              <w:t>Ведение SMM</w:t>
            </w:r>
          </w:p>
        </w:tc>
        <w:tc>
          <w:tcPr>
            <w:tcW w:w="2072" w:type="dxa"/>
            <w:vAlign w:val="center"/>
          </w:tcPr>
          <w:p w14:paraId="7E3AB091" w14:textId="77777777" w:rsidR="00E90567" w:rsidRDefault="00E90567"/>
        </w:tc>
        <w:tc>
          <w:tcPr>
            <w:tcW w:w="2072" w:type="dxa"/>
            <w:vAlign w:val="center"/>
          </w:tcPr>
          <w:p w14:paraId="2C94A675" w14:textId="77777777" w:rsidR="00E90567" w:rsidRDefault="00E90567"/>
        </w:tc>
        <w:tc>
          <w:tcPr>
            <w:tcW w:w="2072" w:type="dxa"/>
            <w:vAlign w:val="center"/>
          </w:tcPr>
          <w:p w14:paraId="5DC2B30A" w14:textId="77777777" w:rsidR="00E90567" w:rsidRDefault="00E90567"/>
        </w:tc>
        <w:tc>
          <w:tcPr>
            <w:tcW w:w="2072" w:type="dxa"/>
            <w:vAlign w:val="center"/>
          </w:tcPr>
          <w:p w14:paraId="115B6CFD" w14:textId="77777777" w:rsidR="00E90567" w:rsidRDefault="00E90567"/>
        </w:tc>
      </w:tr>
      <w:tr w:rsidR="00E90567" w14:paraId="0DEE3C7E" w14:textId="77777777" w:rsidTr="00902573">
        <w:trPr>
          <w:jc w:val="center"/>
        </w:trPr>
        <w:tc>
          <w:tcPr>
            <w:tcW w:w="2072" w:type="dxa"/>
            <w:vAlign w:val="center"/>
          </w:tcPr>
          <w:p w14:paraId="3402B49F" w14:textId="77777777" w:rsidR="00E90567" w:rsidRDefault="00EE383C">
            <w:r>
              <w:rPr>
                <w:rFonts w:ascii="Arial" w:hAnsi="Arial"/>
                <w:sz w:val="14"/>
              </w:rPr>
              <w:t>Instagram</w:t>
            </w:r>
          </w:p>
        </w:tc>
        <w:tc>
          <w:tcPr>
            <w:tcW w:w="2072" w:type="dxa"/>
            <w:vAlign w:val="center"/>
          </w:tcPr>
          <w:p w14:paraId="66D7F7D3" w14:textId="77777777" w:rsidR="00E90567" w:rsidRDefault="00E90567"/>
        </w:tc>
        <w:tc>
          <w:tcPr>
            <w:tcW w:w="2072" w:type="dxa"/>
            <w:vAlign w:val="center"/>
          </w:tcPr>
          <w:p w14:paraId="064B3F1C" w14:textId="77777777" w:rsidR="00E90567" w:rsidRDefault="00E90567"/>
        </w:tc>
        <w:tc>
          <w:tcPr>
            <w:tcW w:w="2072" w:type="dxa"/>
            <w:vAlign w:val="center"/>
          </w:tcPr>
          <w:p w14:paraId="0FC0C667" w14:textId="77777777" w:rsidR="00E90567" w:rsidRDefault="00E90567"/>
        </w:tc>
        <w:tc>
          <w:tcPr>
            <w:tcW w:w="2072" w:type="dxa"/>
            <w:vAlign w:val="center"/>
          </w:tcPr>
          <w:p w14:paraId="71881DDB" w14:textId="77777777" w:rsidR="00E90567" w:rsidRDefault="00E90567"/>
        </w:tc>
      </w:tr>
      <w:tr w:rsidR="00E90567" w14:paraId="48CE59DE" w14:textId="77777777" w:rsidTr="00902573">
        <w:trPr>
          <w:jc w:val="center"/>
        </w:trPr>
        <w:tc>
          <w:tcPr>
            <w:tcW w:w="2072" w:type="dxa"/>
            <w:vAlign w:val="center"/>
          </w:tcPr>
          <w:p w14:paraId="079370D7" w14:textId="77777777" w:rsidR="00E90567" w:rsidRDefault="00EE383C">
            <w:r>
              <w:rPr>
                <w:rFonts w:ascii="Arial" w:hAnsi="Arial"/>
                <w:sz w:val="14"/>
              </w:rPr>
              <w:t>TikTok</w:t>
            </w:r>
          </w:p>
        </w:tc>
        <w:tc>
          <w:tcPr>
            <w:tcW w:w="2072" w:type="dxa"/>
            <w:vAlign w:val="center"/>
          </w:tcPr>
          <w:p w14:paraId="3E5C8B06" w14:textId="77777777" w:rsidR="00E90567" w:rsidRDefault="00E90567"/>
        </w:tc>
        <w:tc>
          <w:tcPr>
            <w:tcW w:w="2072" w:type="dxa"/>
            <w:vAlign w:val="center"/>
          </w:tcPr>
          <w:p w14:paraId="7F4E3161" w14:textId="77777777" w:rsidR="00E90567" w:rsidRDefault="00E90567"/>
        </w:tc>
        <w:tc>
          <w:tcPr>
            <w:tcW w:w="2072" w:type="dxa"/>
            <w:vAlign w:val="center"/>
          </w:tcPr>
          <w:p w14:paraId="75C94C06" w14:textId="77777777" w:rsidR="00E90567" w:rsidRDefault="00E90567"/>
        </w:tc>
        <w:tc>
          <w:tcPr>
            <w:tcW w:w="2072" w:type="dxa"/>
            <w:vAlign w:val="center"/>
          </w:tcPr>
          <w:p w14:paraId="467670B3" w14:textId="77777777" w:rsidR="00E90567" w:rsidRDefault="00E90567"/>
        </w:tc>
      </w:tr>
      <w:tr w:rsidR="00E90567" w14:paraId="5F8673BF" w14:textId="77777777" w:rsidTr="00902573">
        <w:trPr>
          <w:jc w:val="center"/>
        </w:trPr>
        <w:tc>
          <w:tcPr>
            <w:tcW w:w="2072" w:type="dxa"/>
            <w:vAlign w:val="center"/>
          </w:tcPr>
          <w:p w14:paraId="2F5A877F" w14:textId="77777777" w:rsidR="00E90567" w:rsidRDefault="00EE383C">
            <w:r>
              <w:rPr>
                <w:rFonts w:ascii="Arial" w:hAnsi="Arial"/>
                <w:sz w:val="14"/>
              </w:rPr>
              <w:t>Facebook</w:t>
            </w:r>
          </w:p>
        </w:tc>
        <w:tc>
          <w:tcPr>
            <w:tcW w:w="2072" w:type="dxa"/>
            <w:vAlign w:val="center"/>
          </w:tcPr>
          <w:p w14:paraId="3F0CD18D" w14:textId="77777777" w:rsidR="00E90567" w:rsidRDefault="00E90567"/>
        </w:tc>
        <w:tc>
          <w:tcPr>
            <w:tcW w:w="2072" w:type="dxa"/>
            <w:vAlign w:val="center"/>
          </w:tcPr>
          <w:p w14:paraId="69CFF3D3" w14:textId="77777777" w:rsidR="00E90567" w:rsidRDefault="00E90567"/>
        </w:tc>
        <w:tc>
          <w:tcPr>
            <w:tcW w:w="2072" w:type="dxa"/>
            <w:vAlign w:val="center"/>
          </w:tcPr>
          <w:p w14:paraId="69C9CB2E" w14:textId="77777777" w:rsidR="00E90567" w:rsidRDefault="00E90567"/>
        </w:tc>
        <w:tc>
          <w:tcPr>
            <w:tcW w:w="2072" w:type="dxa"/>
            <w:vAlign w:val="center"/>
          </w:tcPr>
          <w:p w14:paraId="7D848244" w14:textId="77777777" w:rsidR="00E90567" w:rsidRDefault="00E90567"/>
        </w:tc>
      </w:tr>
      <w:tr w:rsidR="00E90567" w14:paraId="254ECE09" w14:textId="77777777" w:rsidTr="00902573">
        <w:trPr>
          <w:jc w:val="center"/>
        </w:trPr>
        <w:tc>
          <w:tcPr>
            <w:tcW w:w="2072" w:type="dxa"/>
            <w:vAlign w:val="center"/>
          </w:tcPr>
          <w:p w14:paraId="441348C5" w14:textId="77777777" w:rsidR="00E90567" w:rsidRDefault="00EE383C">
            <w:r>
              <w:rPr>
                <w:rFonts w:ascii="Arial" w:hAnsi="Arial"/>
                <w:sz w:val="14"/>
              </w:rPr>
              <w:t>Threads</w:t>
            </w:r>
          </w:p>
        </w:tc>
        <w:tc>
          <w:tcPr>
            <w:tcW w:w="2072" w:type="dxa"/>
            <w:vAlign w:val="center"/>
          </w:tcPr>
          <w:p w14:paraId="32DB7400" w14:textId="77777777" w:rsidR="00E90567" w:rsidRDefault="00E90567"/>
        </w:tc>
        <w:tc>
          <w:tcPr>
            <w:tcW w:w="2072" w:type="dxa"/>
            <w:vAlign w:val="center"/>
          </w:tcPr>
          <w:p w14:paraId="27FDF3F3" w14:textId="77777777" w:rsidR="00E90567" w:rsidRDefault="00E90567"/>
        </w:tc>
        <w:tc>
          <w:tcPr>
            <w:tcW w:w="2072" w:type="dxa"/>
            <w:vAlign w:val="center"/>
          </w:tcPr>
          <w:p w14:paraId="548483D9" w14:textId="77777777" w:rsidR="00E90567" w:rsidRDefault="00E90567"/>
        </w:tc>
        <w:tc>
          <w:tcPr>
            <w:tcW w:w="2072" w:type="dxa"/>
            <w:vAlign w:val="center"/>
          </w:tcPr>
          <w:p w14:paraId="7AC2FC1D" w14:textId="77777777" w:rsidR="00E90567" w:rsidRDefault="00E90567"/>
        </w:tc>
      </w:tr>
      <w:tr w:rsidR="00E90567" w14:paraId="07F5CFCA" w14:textId="77777777" w:rsidTr="00902573">
        <w:trPr>
          <w:jc w:val="center"/>
        </w:trPr>
        <w:tc>
          <w:tcPr>
            <w:tcW w:w="2072" w:type="dxa"/>
            <w:vAlign w:val="center"/>
          </w:tcPr>
          <w:p w14:paraId="0DF19836" w14:textId="77777777" w:rsidR="00E90567" w:rsidRDefault="00EE383C">
            <w:bookmarkStart w:id="0" w:name="_GoBack"/>
            <w:bookmarkEnd w:id="0"/>
            <w:r>
              <w:rPr>
                <w:rFonts w:ascii="Arial" w:hAnsi="Arial"/>
                <w:sz w:val="14"/>
              </w:rPr>
              <w:t>Community management</w:t>
            </w:r>
          </w:p>
        </w:tc>
        <w:tc>
          <w:tcPr>
            <w:tcW w:w="2072" w:type="dxa"/>
            <w:vAlign w:val="center"/>
          </w:tcPr>
          <w:p w14:paraId="08691A8D" w14:textId="77777777" w:rsidR="00E90567" w:rsidRDefault="00E90567"/>
        </w:tc>
        <w:tc>
          <w:tcPr>
            <w:tcW w:w="2072" w:type="dxa"/>
            <w:vAlign w:val="center"/>
          </w:tcPr>
          <w:p w14:paraId="432C38E9" w14:textId="77777777" w:rsidR="00E90567" w:rsidRDefault="00E90567"/>
        </w:tc>
        <w:tc>
          <w:tcPr>
            <w:tcW w:w="2072" w:type="dxa"/>
            <w:vAlign w:val="center"/>
          </w:tcPr>
          <w:p w14:paraId="12902A80" w14:textId="77777777" w:rsidR="00E90567" w:rsidRDefault="00E90567"/>
        </w:tc>
        <w:tc>
          <w:tcPr>
            <w:tcW w:w="2072" w:type="dxa"/>
            <w:vAlign w:val="center"/>
          </w:tcPr>
          <w:p w14:paraId="3FBB1A89" w14:textId="77777777" w:rsidR="00E90567" w:rsidRDefault="00E90567"/>
        </w:tc>
      </w:tr>
      <w:tr w:rsidR="00E90567" w14:paraId="69AD2A9A" w14:textId="77777777" w:rsidTr="00902573">
        <w:trPr>
          <w:jc w:val="center"/>
        </w:trPr>
        <w:tc>
          <w:tcPr>
            <w:tcW w:w="2072" w:type="dxa"/>
            <w:vAlign w:val="center"/>
          </w:tcPr>
          <w:p w14:paraId="7C313FF0" w14:textId="77777777" w:rsidR="00E90567" w:rsidRDefault="00EE383C">
            <w:r>
              <w:rPr>
                <w:rFonts w:ascii="Arial" w:hAnsi="Arial"/>
                <w:sz w:val="14"/>
              </w:rPr>
              <w:t>Таргетированная реклама</w:t>
            </w:r>
          </w:p>
        </w:tc>
        <w:tc>
          <w:tcPr>
            <w:tcW w:w="2072" w:type="dxa"/>
            <w:vAlign w:val="center"/>
          </w:tcPr>
          <w:p w14:paraId="086EC5F0" w14:textId="77777777" w:rsidR="00E90567" w:rsidRDefault="00E90567"/>
        </w:tc>
        <w:tc>
          <w:tcPr>
            <w:tcW w:w="2072" w:type="dxa"/>
            <w:vAlign w:val="center"/>
          </w:tcPr>
          <w:p w14:paraId="1CAC434F" w14:textId="77777777" w:rsidR="00E90567" w:rsidRDefault="00E90567"/>
        </w:tc>
        <w:tc>
          <w:tcPr>
            <w:tcW w:w="2072" w:type="dxa"/>
            <w:vAlign w:val="center"/>
          </w:tcPr>
          <w:p w14:paraId="179EED3E" w14:textId="77777777" w:rsidR="00E90567" w:rsidRDefault="00E90567"/>
        </w:tc>
        <w:tc>
          <w:tcPr>
            <w:tcW w:w="2072" w:type="dxa"/>
            <w:vAlign w:val="center"/>
          </w:tcPr>
          <w:p w14:paraId="47001833" w14:textId="77777777" w:rsidR="00E90567" w:rsidRDefault="00E90567"/>
        </w:tc>
      </w:tr>
      <w:tr w:rsidR="00E90567" w14:paraId="534C4911" w14:textId="77777777" w:rsidTr="00902573">
        <w:trPr>
          <w:jc w:val="center"/>
        </w:trPr>
        <w:tc>
          <w:tcPr>
            <w:tcW w:w="2072" w:type="dxa"/>
            <w:vAlign w:val="center"/>
          </w:tcPr>
          <w:p w14:paraId="33483A20" w14:textId="77777777" w:rsidR="00E90567" w:rsidRDefault="00EE383C">
            <w:r>
              <w:rPr>
                <w:rFonts w:ascii="Arial" w:hAnsi="Arial"/>
                <w:sz w:val="14"/>
              </w:rPr>
              <w:t>Influencer marketing</w:t>
            </w:r>
          </w:p>
        </w:tc>
        <w:tc>
          <w:tcPr>
            <w:tcW w:w="2072" w:type="dxa"/>
            <w:vAlign w:val="center"/>
          </w:tcPr>
          <w:p w14:paraId="74EAB1D7" w14:textId="77777777" w:rsidR="00E90567" w:rsidRDefault="00E90567"/>
        </w:tc>
        <w:tc>
          <w:tcPr>
            <w:tcW w:w="2072" w:type="dxa"/>
            <w:vAlign w:val="center"/>
          </w:tcPr>
          <w:p w14:paraId="6AB58B99" w14:textId="77777777" w:rsidR="00E90567" w:rsidRDefault="00E90567"/>
        </w:tc>
        <w:tc>
          <w:tcPr>
            <w:tcW w:w="2072" w:type="dxa"/>
            <w:vAlign w:val="center"/>
          </w:tcPr>
          <w:p w14:paraId="51B96E95" w14:textId="77777777" w:rsidR="00E90567" w:rsidRDefault="00E90567"/>
        </w:tc>
        <w:tc>
          <w:tcPr>
            <w:tcW w:w="2072" w:type="dxa"/>
            <w:vAlign w:val="center"/>
          </w:tcPr>
          <w:p w14:paraId="51D42996" w14:textId="77777777" w:rsidR="00E90567" w:rsidRDefault="00E90567"/>
        </w:tc>
      </w:tr>
      <w:tr w:rsidR="00E90567" w14:paraId="390B31DB" w14:textId="77777777" w:rsidTr="00902573">
        <w:trPr>
          <w:jc w:val="center"/>
        </w:trPr>
        <w:tc>
          <w:tcPr>
            <w:tcW w:w="2072" w:type="dxa"/>
            <w:vAlign w:val="center"/>
          </w:tcPr>
          <w:p w14:paraId="309BE865" w14:textId="77777777" w:rsidR="00E90567" w:rsidRDefault="00EE383C">
            <w:r>
              <w:rPr>
                <w:rFonts w:ascii="Arial" w:hAnsi="Arial"/>
                <w:sz w:val="14"/>
              </w:rPr>
              <w:t>Аналитика / отчётность</w:t>
            </w:r>
          </w:p>
        </w:tc>
        <w:tc>
          <w:tcPr>
            <w:tcW w:w="2072" w:type="dxa"/>
            <w:vAlign w:val="center"/>
          </w:tcPr>
          <w:p w14:paraId="682F2EA6" w14:textId="77777777" w:rsidR="00E90567" w:rsidRDefault="00E90567"/>
        </w:tc>
        <w:tc>
          <w:tcPr>
            <w:tcW w:w="2072" w:type="dxa"/>
            <w:vAlign w:val="center"/>
          </w:tcPr>
          <w:p w14:paraId="751D8CD7" w14:textId="77777777" w:rsidR="00E90567" w:rsidRDefault="00E90567"/>
        </w:tc>
        <w:tc>
          <w:tcPr>
            <w:tcW w:w="2072" w:type="dxa"/>
            <w:vAlign w:val="center"/>
          </w:tcPr>
          <w:p w14:paraId="09B0FB96" w14:textId="77777777" w:rsidR="00E90567" w:rsidRDefault="00E90567"/>
        </w:tc>
        <w:tc>
          <w:tcPr>
            <w:tcW w:w="2072" w:type="dxa"/>
            <w:vAlign w:val="center"/>
          </w:tcPr>
          <w:p w14:paraId="65B0571F" w14:textId="77777777" w:rsidR="00E90567" w:rsidRDefault="00E90567"/>
        </w:tc>
      </w:tr>
      <w:tr w:rsidR="00E90567" w14:paraId="7351A5BF" w14:textId="77777777" w:rsidTr="00902573">
        <w:trPr>
          <w:jc w:val="center"/>
        </w:trPr>
        <w:tc>
          <w:tcPr>
            <w:tcW w:w="2072" w:type="dxa"/>
            <w:vAlign w:val="center"/>
          </w:tcPr>
          <w:p w14:paraId="7D84601E" w14:textId="77777777" w:rsidR="00E90567" w:rsidRDefault="00EE383C">
            <w:r>
              <w:rPr>
                <w:rFonts w:ascii="Arial" w:hAnsi="Arial"/>
                <w:sz w:val="14"/>
              </w:rPr>
              <w:t>Прочие услуги</w:t>
            </w:r>
          </w:p>
        </w:tc>
        <w:tc>
          <w:tcPr>
            <w:tcW w:w="2072" w:type="dxa"/>
            <w:vAlign w:val="center"/>
          </w:tcPr>
          <w:p w14:paraId="5A685CA0" w14:textId="77777777" w:rsidR="00E90567" w:rsidRDefault="00E90567"/>
        </w:tc>
        <w:tc>
          <w:tcPr>
            <w:tcW w:w="2072" w:type="dxa"/>
            <w:vAlign w:val="center"/>
          </w:tcPr>
          <w:p w14:paraId="70B65E62" w14:textId="77777777" w:rsidR="00E90567" w:rsidRDefault="00E90567"/>
        </w:tc>
        <w:tc>
          <w:tcPr>
            <w:tcW w:w="2072" w:type="dxa"/>
            <w:vAlign w:val="center"/>
          </w:tcPr>
          <w:p w14:paraId="1F4FC3E6" w14:textId="77777777" w:rsidR="00E90567" w:rsidRDefault="00E90567"/>
        </w:tc>
        <w:tc>
          <w:tcPr>
            <w:tcW w:w="2072" w:type="dxa"/>
            <w:vAlign w:val="center"/>
          </w:tcPr>
          <w:p w14:paraId="521B106A" w14:textId="77777777" w:rsidR="00E90567" w:rsidRDefault="00E90567"/>
        </w:tc>
      </w:tr>
      <w:tr w:rsidR="00E90567" w14:paraId="0A2A58AC" w14:textId="77777777" w:rsidTr="00902573">
        <w:trPr>
          <w:jc w:val="center"/>
        </w:trPr>
        <w:tc>
          <w:tcPr>
            <w:tcW w:w="2072" w:type="dxa"/>
            <w:vAlign w:val="center"/>
          </w:tcPr>
          <w:p w14:paraId="1E50782A" w14:textId="77777777" w:rsidR="00E90567" w:rsidRDefault="00EE383C">
            <w:r>
              <w:rPr>
                <w:rFonts w:ascii="Arial" w:hAnsi="Arial"/>
                <w:sz w:val="14"/>
              </w:rPr>
              <w:t>ИТОГО в месяц</w:t>
            </w:r>
          </w:p>
        </w:tc>
        <w:tc>
          <w:tcPr>
            <w:tcW w:w="2072" w:type="dxa"/>
            <w:vAlign w:val="center"/>
          </w:tcPr>
          <w:p w14:paraId="101EACC4" w14:textId="77777777" w:rsidR="00E90567" w:rsidRDefault="00E90567"/>
        </w:tc>
        <w:tc>
          <w:tcPr>
            <w:tcW w:w="2072" w:type="dxa"/>
            <w:vAlign w:val="center"/>
          </w:tcPr>
          <w:p w14:paraId="03D695F3" w14:textId="77777777" w:rsidR="00E90567" w:rsidRDefault="00E90567"/>
        </w:tc>
        <w:tc>
          <w:tcPr>
            <w:tcW w:w="2072" w:type="dxa"/>
            <w:vAlign w:val="center"/>
          </w:tcPr>
          <w:p w14:paraId="5A434E56" w14:textId="77777777" w:rsidR="00E90567" w:rsidRDefault="00E90567"/>
        </w:tc>
        <w:tc>
          <w:tcPr>
            <w:tcW w:w="2072" w:type="dxa"/>
            <w:vAlign w:val="center"/>
          </w:tcPr>
          <w:p w14:paraId="632128E2" w14:textId="77777777" w:rsidR="00E90567" w:rsidRDefault="00E90567"/>
        </w:tc>
      </w:tr>
      <w:tr w:rsidR="00E90567" w14:paraId="6ADBC9C0" w14:textId="77777777" w:rsidTr="00902573">
        <w:trPr>
          <w:jc w:val="center"/>
        </w:trPr>
        <w:tc>
          <w:tcPr>
            <w:tcW w:w="2072" w:type="dxa"/>
            <w:vAlign w:val="center"/>
          </w:tcPr>
          <w:p w14:paraId="1598678C" w14:textId="77777777" w:rsidR="00E90567" w:rsidRDefault="00EE383C">
            <w:r>
              <w:rPr>
                <w:rFonts w:ascii="Arial" w:hAnsi="Arial"/>
                <w:sz w:val="14"/>
              </w:rPr>
              <w:t>ИТОГО за 12 месяцев</w:t>
            </w:r>
          </w:p>
        </w:tc>
        <w:tc>
          <w:tcPr>
            <w:tcW w:w="2072" w:type="dxa"/>
            <w:vAlign w:val="center"/>
          </w:tcPr>
          <w:p w14:paraId="12C92E05" w14:textId="77777777" w:rsidR="00E90567" w:rsidRDefault="00E90567"/>
        </w:tc>
        <w:tc>
          <w:tcPr>
            <w:tcW w:w="2072" w:type="dxa"/>
            <w:vAlign w:val="center"/>
          </w:tcPr>
          <w:p w14:paraId="4AF72638" w14:textId="77777777" w:rsidR="00E90567" w:rsidRDefault="00E90567"/>
        </w:tc>
        <w:tc>
          <w:tcPr>
            <w:tcW w:w="2072" w:type="dxa"/>
            <w:vAlign w:val="center"/>
          </w:tcPr>
          <w:p w14:paraId="06821939" w14:textId="77777777" w:rsidR="00E90567" w:rsidRDefault="00E90567"/>
        </w:tc>
        <w:tc>
          <w:tcPr>
            <w:tcW w:w="2072" w:type="dxa"/>
            <w:vAlign w:val="center"/>
          </w:tcPr>
          <w:p w14:paraId="480E623E" w14:textId="77777777" w:rsidR="00E90567" w:rsidRDefault="00E90567"/>
        </w:tc>
      </w:tr>
    </w:tbl>
    <w:p w14:paraId="0CD7B3CE" w14:textId="77777777" w:rsidR="00E90567" w:rsidRDefault="00EE383C">
      <w:pPr>
        <w:pStyle w:val="21"/>
      </w:pPr>
      <w:r>
        <w:t>13. Дополнительные услуги и расходы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54"/>
        <w:gridCol w:w="3453"/>
        <w:gridCol w:w="3453"/>
      </w:tblGrid>
      <w:tr w:rsidR="00E90567" w14:paraId="278536E2" w14:textId="77777777">
        <w:trPr>
          <w:jc w:val="center"/>
        </w:trPr>
        <w:tc>
          <w:tcPr>
            <w:tcW w:w="3457" w:type="dxa"/>
            <w:shd w:val="clear" w:color="auto" w:fill="D9E1F2"/>
            <w:vAlign w:val="center"/>
          </w:tcPr>
          <w:p w14:paraId="4A198C46" w14:textId="77777777" w:rsidR="00E90567" w:rsidRDefault="00EE383C">
            <w:r>
              <w:rPr>
                <w:rFonts w:ascii="Arial" w:hAnsi="Arial"/>
                <w:b/>
                <w:sz w:val="16"/>
              </w:rPr>
              <w:t>Услуга / расход</w:t>
            </w:r>
          </w:p>
        </w:tc>
        <w:tc>
          <w:tcPr>
            <w:tcW w:w="3457" w:type="dxa"/>
            <w:shd w:val="clear" w:color="auto" w:fill="D9E1F2"/>
            <w:vAlign w:val="center"/>
          </w:tcPr>
          <w:p w14:paraId="51273A3C" w14:textId="77777777" w:rsidR="00E90567" w:rsidRDefault="00EE383C">
            <w:r>
              <w:rPr>
                <w:rFonts w:ascii="Arial" w:hAnsi="Arial"/>
                <w:b/>
                <w:sz w:val="16"/>
              </w:rPr>
              <w:t>Стоимость</w:t>
            </w:r>
          </w:p>
        </w:tc>
        <w:tc>
          <w:tcPr>
            <w:tcW w:w="3457" w:type="dxa"/>
            <w:shd w:val="clear" w:color="auto" w:fill="D9E1F2"/>
            <w:vAlign w:val="center"/>
          </w:tcPr>
          <w:p w14:paraId="68F203B5" w14:textId="77777777" w:rsidR="00E90567" w:rsidRDefault="00EE383C">
            <w:r>
              <w:rPr>
                <w:rFonts w:ascii="Arial" w:hAnsi="Arial"/>
                <w:b/>
                <w:sz w:val="16"/>
              </w:rPr>
              <w:t>Условия</w:t>
            </w:r>
          </w:p>
        </w:tc>
      </w:tr>
      <w:tr w:rsidR="00E90567" w14:paraId="47B1E859" w14:textId="77777777">
        <w:trPr>
          <w:jc w:val="center"/>
        </w:trPr>
        <w:tc>
          <w:tcPr>
            <w:tcW w:w="3457" w:type="dxa"/>
            <w:vAlign w:val="center"/>
          </w:tcPr>
          <w:p w14:paraId="3C9746CE" w14:textId="77777777" w:rsidR="00E90567" w:rsidRDefault="00EE383C">
            <w:r>
              <w:rPr>
                <w:rFonts w:ascii="Arial" w:hAnsi="Arial"/>
                <w:sz w:val="16"/>
              </w:rPr>
              <w:t>Дополнительный съёмочный день</w:t>
            </w:r>
          </w:p>
        </w:tc>
        <w:tc>
          <w:tcPr>
            <w:tcW w:w="3457" w:type="dxa"/>
            <w:vAlign w:val="center"/>
          </w:tcPr>
          <w:p w14:paraId="12842A59" w14:textId="77777777" w:rsidR="00E90567" w:rsidRDefault="00E90567"/>
        </w:tc>
        <w:tc>
          <w:tcPr>
            <w:tcW w:w="3457" w:type="dxa"/>
            <w:vAlign w:val="center"/>
          </w:tcPr>
          <w:p w14:paraId="7359662E" w14:textId="77777777" w:rsidR="00E90567" w:rsidRDefault="00E90567"/>
        </w:tc>
      </w:tr>
      <w:tr w:rsidR="00E90567" w14:paraId="5D0126B5" w14:textId="77777777">
        <w:trPr>
          <w:jc w:val="center"/>
        </w:trPr>
        <w:tc>
          <w:tcPr>
            <w:tcW w:w="3457" w:type="dxa"/>
            <w:vAlign w:val="center"/>
          </w:tcPr>
          <w:p w14:paraId="0F2B7EEB" w14:textId="77777777" w:rsidR="00E90567" w:rsidRDefault="00EE383C">
            <w:r>
              <w:rPr>
                <w:rFonts w:ascii="Arial" w:hAnsi="Arial"/>
                <w:sz w:val="16"/>
              </w:rPr>
              <w:t>Дополнительный Reels</w:t>
            </w:r>
          </w:p>
        </w:tc>
        <w:tc>
          <w:tcPr>
            <w:tcW w:w="3457" w:type="dxa"/>
            <w:vAlign w:val="center"/>
          </w:tcPr>
          <w:p w14:paraId="12B0B605" w14:textId="77777777" w:rsidR="00E90567" w:rsidRDefault="00E90567"/>
        </w:tc>
        <w:tc>
          <w:tcPr>
            <w:tcW w:w="3457" w:type="dxa"/>
            <w:vAlign w:val="center"/>
          </w:tcPr>
          <w:p w14:paraId="20439D95" w14:textId="77777777" w:rsidR="00E90567" w:rsidRDefault="00E90567"/>
        </w:tc>
      </w:tr>
      <w:tr w:rsidR="00E90567" w14:paraId="08196819" w14:textId="77777777">
        <w:trPr>
          <w:jc w:val="center"/>
        </w:trPr>
        <w:tc>
          <w:tcPr>
            <w:tcW w:w="3457" w:type="dxa"/>
            <w:vAlign w:val="center"/>
          </w:tcPr>
          <w:p w14:paraId="1036D5D5" w14:textId="77777777" w:rsidR="00E90567" w:rsidRDefault="00EE383C">
            <w:r>
              <w:rPr>
                <w:rFonts w:ascii="Arial" w:hAnsi="Arial"/>
                <w:sz w:val="16"/>
              </w:rPr>
              <w:t>Дополнительный TikTok</w:t>
            </w:r>
          </w:p>
        </w:tc>
        <w:tc>
          <w:tcPr>
            <w:tcW w:w="3457" w:type="dxa"/>
            <w:vAlign w:val="center"/>
          </w:tcPr>
          <w:p w14:paraId="22B60B52" w14:textId="77777777" w:rsidR="00E90567" w:rsidRDefault="00E90567"/>
        </w:tc>
        <w:tc>
          <w:tcPr>
            <w:tcW w:w="3457" w:type="dxa"/>
            <w:vAlign w:val="center"/>
          </w:tcPr>
          <w:p w14:paraId="3CDD1272" w14:textId="77777777" w:rsidR="00E90567" w:rsidRDefault="00E90567"/>
        </w:tc>
      </w:tr>
      <w:tr w:rsidR="00E90567" w14:paraId="6FA8CC43" w14:textId="77777777">
        <w:trPr>
          <w:jc w:val="center"/>
        </w:trPr>
        <w:tc>
          <w:tcPr>
            <w:tcW w:w="3457" w:type="dxa"/>
            <w:vAlign w:val="center"/>
          </w:tcPr>
          <w:p w14:paraId="51BB41E6" w14:textId="77777777" w:rsidR="00E90567" w:rsidRDefault="00EE383C">
            <w:r>
              <w:rPr>
                <w:rFonts w:ascii="Arial" w:hAnsi="Arial"/>
                <w:sz w:val="16"/>
              </w:rPr>
              <w:t>Выезд в регион</w:t>
            </w:r>
          </w:p>
        </w:tc>
        <w:tc>
          <w:tcPr>
            <w:tcW w:w="3457" w:type="dxa"/>
            <w:vAlign w:val="center"/>
          </w:tcPr>
          <w:p w14:paraId="17DC04F3" w14:textId="77777777" w:rsidR="00E90567" w:rsidRDefault="00E90567"/>
        </w:tc>
        <w:tc>
          <w:tcPr>
            <w:tcW w:w="3457" w:type="dxa"/>
            <w:vAlign w:val="center"/>
          </w:tcPr>
          <w:p w14:paraId="6EB6A36F" w14:textId="77777777" w:rsidR="00E90567" w:rsidRDefault="00E90567"/>
        </w:tc>
      </w:tr>
      <w:tr w:rsidR="00E90567" w14:paraId="2E24B87E" w14:textId="77777777">
        <w:trPr>
          <w:jc w:val="center"/>
        </w:trPr>
        <w:tc>
          <w:tcPr>
            <w:tcW w:w="3457" w:type="dxa"/>
            <w:vAlign w:val="center"/>
          </w:tcPr>
          <w:p w14:paraId="39B1189B" w14:textId="77777777" w:rsidR="00E90567" w:rsidRDefault="00EE383C">
            <w:r>
              <w:rPr>
                <w:rFonts w:ascii="Arial" w:hAnsi="Arial"/>
                <w:sz w:val="16"/>
              </w:rPr>
              <w:t>Дополнительная фотосъёмка</w:t>
            </w:r>
          </w:p>
        </w:tc>
        <w:tc>
          <w:tcPr>
            <w:tcW w:w="3457" w:type="dxa"/>
            <w:vAlign w:val="center"/>
          </w:tcPr>
          <w:p w14:paraId="5A09CC4C" w14:textId="77777777" w:rsidR="00E90567" w:rsidRDefault="00E90567"/>
        </w:tc>
        <w:tc>
          <w:tcPr>
            <w:tcW w:w="3457" w:type="dxa"/>
            <w:vAlign w:val="center"/>
          </w:tcPr>
          <w:p w14:paraId="44EF5F38" w14:textId="77777777" w:rsidR="00E90567" w:rsidRDefault="00E90567"/>
        </w:tc>
      </w:tr>
      <w:tr w:rsidR="00E90567" w14:paraId="3A8E5844" w14:textId="77777777">
        <w:trPr>
          <w:jc w:val="center"/>
        </w:trPr>
        <w:tc>
          <w:tcPr>
            <w:tcW w:w="3457" w:type="dxa"/>
            <w:vAlign w:val="center"/>
          </w:tcPr>
          <w:p w14:paraId="51C688BF" w14:textId="77777777" w:rsidR="00E90567" w:rsidRDefault="00EE383C">
            <w:r>
              <w:rPr>
                <w:rFonts w:ascii="Arial" w:hAnsi="Arial"/>
                <w:sz w:val="16"/>
              </w:rPr>
              <w:t>Motion / анимация сверх пакета</w:t>
            </w:r>
          </w:p>
        </w:tc>
        <w:tc>
          <w:tcPr>
            <w:tcW w:w="3457" w:type="dxa"/>
            <w:vAlign w:val="center"/>
          </w:tcPr>
          <w:p w14:paraId="4878F276" w14:textId="77777777" w:rsidR="00E90567" w:rsidRDefault="00E90567"/>
        </w:tc>
        <w:tc>
          <w:tcPr>
            <w:tcW w:w="3457" w:type="dxa"/>
            <w:vAlign w:val="center"/>
          </w:tcPr>
          <w:p w14:paraId="62FA61FF" w14:textId="77777777" w:rsidR="00E90567" w:rsidRDefault="00E90567"/>
        </w:tc>
      </w:tr>
      <w:tr w:rsidR="00E90567" w14:paraId="4666E170" w14:textId="77777777">
        <w:trPr>
          <w:jc w:val="center"/>
        </w:trPr>
        <w:tc>
          <w:tcPr>
            <w:tcW w:w="3457" w:type="dxa"/>
            <w:vAlign w:val="center"/>
          </w:tcPr>
          <w:p w14:paraId="01DD0060" w14:textId="77777777" w:rsidR="00E90567" w:rsidRDefault="00EE383C">
            <w:r>
              <w:rPr>
                <w:rFonts w:ascii="Arial" w:hAnsi="Arial"/>
                <w:sz w:val="16"/>
              </w:rPr>
              <w:t>Инфлюенсерская интеграция</w:t>
            </w:r>
          </w:p>
        </w:tc>
        <w:tc>
          <w:tcPr>
            <w:tcW w:w="3457" w:type="dxa"/>
            <w:vAlign w:val="center"/>
          </w:tcPr>
          <w:p w14:paraId="166403EC" w14:textId="77777777" w:rsidR="00E90567" w:rsidRDefault="00E90567"/>
        </w:tc>
        <w:tc>
          <w:tcPr>
            <w:tcW w:w="3457" w:type="dxa"/>
            <w:vAlign w:val="center"/>
          </w:tcPr>
          <w:p w14:paraId="15F72C30" w14:textId="77777777" w:rsidR="00E90567" w:rsidRDefault="00E90567"/>
        </w:tc>
      </w:tr>
      <w:tr w:rsidR="00E90567" w14:paraId="2F75F765" w14:textId="77777777">
        <w:trPr>
          <w:jc w:val="center"/>
        </w:trPr>
        <w:tc>
          <w:tcPr>
            <w:tcW w:w="3457" w:type="dxa"/>
            <w:vAlign w:val="center"/>
          </w:tcPr>
          <w:p w14:paraId="73E361C6" w14:textId="77777777" w:rsidR="00E90567" w:rsidRDefault="00EE383C">
            <w:r>
              <w:rPr>
                <w:rFonts w:ascii="Arial" w:hAnsi="Arial"/>
                <w:sz w:val="16"/>
              </w:rPr>
              <w:t>Иное</w:t>
            </w:r>
          </w:p>
        </w:tc>
        <w:tc>
          <w:tcPr>
            <w:tcW w:w="3457" w:type="dxa"/>
            <w:vAlign w:val="center"/>
          </w:tcPr>
          <w:p w14:paraId="752ACBD5" w14:textId="77777777" w:rsidR="00E90567" w:rsidRDefault="00E90567"/>
        </w:tc>
        <w:tc>
          <w:tcPr>
            <w:tcW w:w="3457" w:type="dxa"/>
            <w:vAlign w:val="center"/>
          </w:tcPr>
          <w:p w14:paraId="05DAA198" w14:textId="77777777" w:rsidR="00E90567" w:rsidRDefault="00E90567"/>
        </w:tc>
      </w:tr>
    </w:tbl>
    <w:p w14:paraId="5BA0B9DA" w14:textId="77777777" w:rsidR="00E90567" w:rsidRDefault="00EE383C">
      <w:pPr>
        <w:pStyle w:val="21"/>
      </w:pPr>
      <w:r>
        <w:t>14. Условия сотрудничества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81"/>
        <w:gridCol w:w="5179"/>
      </w:tblGrid>
      <w:tr w:rsidR="00E90567" w14:paraId="3B08C78B" w14:textId="77777777">
        <w:trPr>
          <w:jc w:val="center"/>
        </w:trPr>
        <w:tc>
          <w:tcPr>
            <w:tcW w:w="5185" w:type="dxa"/>
            <w:shd w:val="clear" w:color="auto" w:fill="D9E1F2"/>
            <w:vAlign w:val="center"/>
          </w:tcPr>
          <w:p w14:paraId="4006CA12" w14:textId="77777777" w:rsidR="00E90567" w:rsidRDefault="00EE383C">
            <w:r>
              <w:rPr>
                <w:rFonts w:ascii="Arial" w:hAnsi="Arial"/>
                <w:b/>
                <w:sz w:val="16"/>
              </w:rPr>
              <w:t>Параметр</w:t>
            </w:r>
          </w:p>
        </w:tc>
        <w:tc>
          <w:tcPr>
            <w:tcW w:w="5185" w:type="dxa"/>
            <w:shd w:val="clear" w:color="auto" w:fill="D9E1F2"/>
            <w:vAlign w:val="center"/>
          </w:tcPr>
          <w:p w14:paraId="5F82E144" w14:textId="77777777" w:rsidR="00E90567" w:rsidRDefault="00EE383C">
            <w:r>
              <w:rPr>
                <w:rFonts w:ascii="Arial" w:hAnsi="Arial"/>
                <w:b/>
                <w:sz w:val="16"/>
              </w:rPr>
              <w:t>Условия участника</w:t>
            </w:r>
          </w:p>
        </w:tc>
      </w:tr>
      <w:tr w:rsidR="00E90567" w14:paraId="54CEB950" w14:textId="77777777">
        <w:trPr>
          <w:jc w:val="center"/>
        </w:trPr>
        <w:tc>
          <w:tcPr>
            <w:tcW w:w="5185" w:type="dxa"/>
            <w:vAlign w:val="center"/>
          </w:tcPr>
          <w:p w14:paraId="5ADBF12B" w14:textId="77777777" w:rsidR="00E90567" w:rsidRDefault="00EE383C">
            <w:r>
              <w:rPr>
                <w:rFonts w:ascii="Arial" w:hAnsi="Arial"/>
                <w:sz w:val="16"/>
              </w:rPr>
              <w:t>Срок действия коммерческого предложения</w:t>
            </w:r>
          </w:p>
        </w:tc>
        <w:tc>
          <w:tcPr>
            <w:tcW w:w="5185" w:type="dxa"/>
            <w:vAlign w:val="center"/>
          </w:tcPr>
          <w:p w14:paraId="42BFD803" w14:textId="77777777" w:rsidR="00E90567" w:rsidRDefault="00E90567"/>
        </w:tc>
      </w:tr>
      <w:tr w:rsidR="00E90567" w14:paraId="010674D3" w14:textId="77777777">
        <w:trPr>
          <w:jc w:val="center"/>
        </w:trPr>
        <w:tc>
          <w:tcPr>
            <w:tcW w:w="5185" w:type="dxa"/>
            <w:vAlign w:val="center"/>
          </w:tcPr>
          <w:p w14:paraId="19A8242E" w14:textId="77777777" w:rsidR="00E90567" w:rsidRDefault="00EE383C">
            <w:r>
              <w:rPr>
                <w:rFonts w:ascii="Arial" w:hAnsi="Arial"/>
                <w:sz w:val="16"/>
              </w:rPr>
              <w:t>Срок договора</w:t>
            </w:r>
          </w:p>
        </w:tc>
        <w:tc>
          <w:tcPr>
            <w:tcW w:w="5185" w:type="dxa"/>
            <w:vAlign w:val="center"/>
          </w:tcPr>
          <w:p w14:paraId="6280C4B0" w14:textId="77777777" w:rsidR="00E90567" w:rsidRDefault="00E90567"/>
        </w:tc>
      </w:tr>
      <w:tr w:rsidR="00E90567" w14:paraId="661B5702" w14:textId="77777777">
        <w:trPr>
          <w:jc w:val="center"/>
        </w:trPr>
        <w:tc>
          <w:tcPr>
            <w:tcW w:w="5185" w:type="dxa"/>
            <w:vAlign w:val="center"/>
          </w:tcPr>
          <w:p w14:paraId="6FBC70CE" w14:textId="77777777" w:rsidR="00E90567" w:rsidRDefault="00EE383C">
            <w:r>
              <w:rPr>
                <w:rFonts w:ascii="Arial" w:hAnsi="Arial"/>
                <w:sz w:val="16"/>
              </w:rPr>
              <w:t>Условия оплаты</w:t>
            </w:r>
          </w:p>
        </w:tc>
        <w:tc>
          <w:tcPr>
            <w:tcW w:w="5185" w:type="dxa"/>
            <w:vAlign w:val="center"/>
          </w:tcPr>
          <w:p w14:paraId="2B408AD8" w14:textId="77777777" w:rsidR="00E90567" w:rsidRDefault="00E90567"/>
        </w:tc>
      </w:tr>
      <w:tr w:rsidR="00E90567" w14:paraId="4542EE39" w14:textId="77777777">
        <w:trPr>
          <w:jc w:val="center"/>
        </w:trPr>
        <w:tc>
          <w:tcPr>
            <w:tcW w:w="5185" w:type="dxa"/>
            <w:vAlign w:val="center"/>
          </w:tcPr>
          <w:p w14:paraId="41E5E010" w14:textId="77777777" w:rsidR="00E90567" w:rsidRDefault="00EE383C">
            <w:r>
              <w:rPr>
                <w:rFonts w:ascii="Arial" w:hAnsi="Arial"/>
                <w:sz w:val="16"/>
              </w:rPr>
              <w:t>Срок уведомления о расторжении</w:t>
            </w:r>
          </w:p>
        </w:tc>
        <w:tc>
          <w:tcPr>
            <w:tcW w:w="5185" w:type="dxa"/>
            <w:vAlign w:val="center"/>
          </w:tcPr>
          <w:p w14:paraId="2AD194B7" w14:textId="77777777" w:rsidR="00E90567" w:rsidRDefault="00E90567"/>
        </w:tc>
      </w:tr>
      <w:tr w:rsidR="00E90567" w:rsidRPr="00902573" w14:paraId="1559032B" w14:textId="77777777">
        <w:trPr>
          <w:jc w:val="center"/>
        </w:trPr>
        <w:tc>
          <w:tcPr>
            <w:tcW w:w="5185" w:type="dxa"/>
            <w:vAlign w:val="center"/>
          </w:tcPr>
          <w:p w14:paraId="33B9CDF6" w14:textId="77777777" w:rsidR="00E90567" w:rsidRPr="00EE383C" w:rsidRDefault="00EE383C">
            <w:pPr>
              <w:rPr>
                <w:lang w:val="ru-RU"/>
              </w:rPr>
            </w:pPr>
            <w:r w:rsidRPr="00EE383C">
              <w:rPr>
                <w:rFonts w:ascii="Arial" w:hAnsi="Arial"/>
                <w:sz w:val="16"/>
                <w:lang w:val="ru-RU"/>
              </w:rPr>
              <w:lastRenderedPageBreak/>
              <w:t>Переход прав на созданный контент</w:t>
            </w:r>
          </w:p>
        </w:tc>
        <w:tc>
          <w:tcPr>
            <w:tcW w:w="5185" w:type="dxa"/>
            <w:vAlign w:val="center"/>
          </w:tcPr>
          <w:p w14:paraId="7A1F1441" w14:textId="77777777" w:rsidR="00E90567" w:rsidRPr="00EE383C" w:rsidRDefault="00E90567">
            <w:pPr>
              <w:rPr>
                <w:lang w:val="ru-RU"/>
              </w:rPr>
            </w:pPr>
          </w:p>
        </w:tc>
      </w:tr>
      <w:tr w:rsidR="00E90567" w14:paraId="3F3C9A39" w14:textId="77777777">
        <w:trPr>
          <w:jc w:val="center"/>
        </w:trPr>
        <w:tc>
          <w:tcPr>
            <w:tcW w:w="5185" w:type="dxa"/>
            <w:vAlign w:val="center"/>
          </w:tcPr>
          <w:p w14:paraId="12DB3E59" w14:textId="77777777" w:rsidR="00E90567" w:rsidRDefault="00EE383C">
            <w:proofErr w:type="spellStart"/>
            <w:r>
              <w:rPr>
                <w:rFonts w:ascii="Arial" w:hAnsi="Arial"/>
                <w:sz w:val="16"/>
              </w:rPr>
              <w:t>Передача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исходных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материалов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заказчику</w:t>
            </w:r>
            <w:proofErr w:type="spellEnd"/>
          </w:p>
        </w:tc>
        <w:tc>
          <w:tcPr>
            <w:tcW w:w="5185" w:type="dxa"/>
            <w:vAlign w:val="center"/>
          </w:tcPr>
          <w:p w14:paraId="7FF398DF" w14:textId="77777777" w:rsidR="00E90567" w:rsidRDefault="00E90567"/>
        </w:tc>
      </w:tr>
      <w:tr w:rsidR="00E90567" w:rsidRPr="00902573" w14:paraId="6EB5353B" w14:textId="77777777">
        <w:trPr>
          <w:jc w:val="center"/>
        </w:trPr>
        <w:tc>
          <w:tcPr>
            <w:tcW w:w="5185" w:type="dxa"/>
            <w:vAlign w:val="center"/>
          </w:tcPr>
          <w:p w14:paraId="12F55640" w14:textId="77777777" w:rsidR="00E90567" w:rsidRPr="00EE383C" w:rsidRDefault="00EE383C">
            <w:pPr>
              <w:rPr>
                <w:lang w:val="ru-RU"/>
              </w:rPr>
            </w:pPr>
            <w:r w:rsidRPr="00EE383C">
              <w:rPr>
                <w:rFonts w:ascii="Arial" w:hAnsi="Arial"/>
                <w:sz w:val="16"/>
                <w:lang w:val="ru-RU"/>
              </w:rPr>
              <w:t>Передача доступов к рекламным кабинетам</w:t>
            </w:r>
          </w:p>
        </w:tc>
        <w:tc>
          <w:tcPr>
            <w:tcW w:w="5185" w:type="dxa"/>
            <w:vAlign w:val="center"/>
          </w:tcPr>
          <w:p w14:paraId="68FA8B0C" w14:textId="77777777" w:rsidR="00E90567" w:rsidRPr="00EE383C" w:rsidRDefault="00E90567">
            <w:pPr>
              <w:rPr>
                <w:lang w:val="ru-RU"/>
              </w:rPr>
            </w:pPr>
          </w:p>
        </w:tc>
      </w:tr>
      <w:tr w:rsidR="00E90567" w14:paraId="539AD8FD" w14:textId="77777777">
        <w:trPr>
          <w:jc w:val="center"/>
        </w:trPr>
        <w:tc>
          <w:tcPr>
            <w:tcW w:w="5185" w:type="dxa"/>
            <w:vAlign w:val="center"/>
          </w:tcPr>
          <w:p w14:paraId="38C80B86" w14:textId="77777777" w:rsidR="00E90567" w:rsidRDefault="00EE383C">
            <w:proofErr w:type="spellStart"/>
            <w:r>
              <w:rPr>
                <w:rFonts w:ascii="Arial" w:hAnsi="Arial"/>
                <w:sz w:val="16"/>
              </w:rPr>
              <w:t>Конфиденциальность</w:t>
            </w:r>
            <w:proofErr w:type="spellEnd"/>
          </w:p>
        </w:tc>
        <w:tc>
          <w:tcPr>
            <w:tcW w:w="5185" w:type="dxa"/>
            <w:vAlign w:val="center"/>
          </w:tcPr>
          <w:p w14:paraId="6D6EED84" w14:textId="77777777" w:rsidR="00E90567" w:rsidRDefault="00E90567"/>
        </w:tc>
      </w:tr>
      <w:tr w:rsidR="00E90567" w14:paraId="0494BB49" w14:textId="77777777">
        <w:trPr>
          <w:jc w:val="center"/>
        </w:trPr>
        <w:tc>
          <w:tcPr>
            <w:tcW w:w="5185" w:type="dxa"/>
            <w:vAlign w:val="center"/>
          </w:tcPr>
          <w:p w14:paraId="76833B4C" w14:textId="77777777" w:rsidR="00E90567" w:rsidRDefault="00EE383C">
            <w:r>
              <w:rPr>
                <w:rFonts w:ascii="Arial" w:hAnsi="Arial"/>
                <w:sz w:val="16"/>
              </w:rPr>
              <w:t>Иные существенные условия</w:t>
            </w:r>
          </w:p>
        </w:tc>
        <w:tc>
          <w:tcPr>
            <w:tcW w:w="5185" w:type="dxa"/>
            <w:vAlign w:val="center"/>
          </w:tcPr>
          <w:p w14:paraId="2386C733" w14:textId="77777777" w:rsidR="00E90567" w:rsidRDefault="00E90567"/>
        </w:tc>
      </w:tr>
    </w:tbl>
    <w:p w14:paraId="58E18522" w14:textId="77777777" w:rsidR="00E90567" w:rsidRDefault="00EE383C">
      <w:pPr>
        <w:pStyle w:val="21"/>
      </w:pPr>
      <w:r>
        <w:t>15. Дополнительная информация</w:t>
      </w:r>
    </w:p>
    <w:p w14:paraId="5EBD4A3B" w14:textId="77777777" w:rsidR="00E90567" w:rsidRPr="00EE383C" w:rsidRDefault="00EE383C">
      <w:pPr>
        <w:rPr>
          <w:lang w:val="ru-RU"/>
        </w:rPr>
      </w:pPr>
      <w:r w:rsidRPr="00EE383C">
        <w:rPr>
          <w:lang w:val="ru-RU"/>
        </w:rPr>
        <w:t xml:space="preserve">Укажите иные преимущества, ресурсы, технологии, инструменты или условия, которые, по мнению участника, имеют значение для реализации проекта </w:t>
      </w:r>
      <w:proofErr w:type="spellStart"/>
      <w:r>
        <w:t>Sinooil</w:t>
      </w:r>
      <w:proofErr w:type="spellEnd"/>
      <w:r w:rsidRPr="00EE383C">
        <w:rPr>
          <w:lang w:val="ru-RU"/>
        </w:rPr>
        <w:t>.</w:t>
      </w:r>
    </w:p>
    <w:p w14:paraId="1ED5B451" w14:textId="77777777" w:rsidR="00E90567" w:rsidRPr="00EE383C" w:rsidRDefault="00EE383C">
      <w:pPr>
        <w:rPr>
          <w:lang w:val="ru-RU"/>
        </w:rPr>
      </w:pPr>
      <w:r w:rsidRPr="00EE383C">
        <w:rPr>
          <w:lang w:val="ru-RU"/>
        </w:rPr>
        <w:t>________________________________________________________________________________________</w:t>
      </w:r>
    </w:p>
    <w:p w14:paraId="07735D13" w14:textId="77777777" w:rsidR="00E90567" w:rsidRPr="00EE383C" w:rsidRDefault="00EE383C">
      <w:pPr>
        <w:rPr>
          <w:lang w:val="ru-RU"/>
        </w:rPr>
      </w:pPr>
      <w:r w:rsidRPr="00EE383C">
        <w:rPr>
          <w:lang w:val="ru-RU"/>
        </w:rPr>
        <w:t>________________________________________________________________________________________</w:t>
      </w:r>
    </w:p>
    <w:p w14:paraId="6FC6469D" w14:textId="77777777" w:rsidR="00E90567" w:rsidRPr="00EE383C" w:rsidRDefault="00EE383C">
      <w:pPr>
        <w:rPr>
          <w:lang w:val="ru-RU"/>
        </w:rPr>
      </w:pPr>
      <w:r w:rsidRPr="00EE383C">
        <w:rPr>
          <w:lang w:val="ru-RU"/>
        </w:rPr>
        <w:t>________________________________________________________________________________________</w:t>
      </w:r>
    </w:p>
    <w:p w14:paraId="248FF564" w14:textId="77777777" w:rsidR="00E90567" w:rsidRPr="00EE383C" w:rsidRDefault="00EE383C">
      <w:pPr>
        <w:rPr>
          <w:lang w:val="ru-RU"/>
        </w:rPr>
      </w:pPr>
      <w:r w:rsidRPr="00EE383C">
        <w:rPr>
          <w:lang w:val="ru-RU"/>
        </w:rPr>
        <w:t>________________________________________________________________________________________</w:t>
      </w:r>
    </w:p>
    <w:p w14:paraId="41C5B6A6" w14:textId="77777777" w:rsidR="00E90567" w:rsidRPr="00EE383C" w:rsidRDefault="00EE383C">
      <w:pPr>
        <w:rPr>
          <w:lang w:val="ru-RU"/>
        </w:rPr>
      </w:pPr>
      <w:r w:rsidRPr="00EE383C">
        <w:rPr>
          <w:lang w:val="ru-RU"/>
        </w:rPr>
        <w:t>________________________________________________________________________________________</w:t>
      </w:r>
    </w:p>
    <w:p w14:paraId="58FCD66B" w14:textId="77777777" w:rsidR="00E90567" w:rsidRPr="00EE383C" w:rsidRDefault="00EE383C">
      <w:pPr>
        <w:pStyle w:val="21"/>
        <w:rPr>
          <w:lang w:val="ru-RU"/>
        </w:rPr>
      </w:pPr>
      <w:r w:rsidRPr="00EE383C">
        <w:rPr>
          <w:lang w:val="ru-RU"/>
        </w:rPr>
        <w:t>1</w:t>
      </w:r>
      <w:r>
        <w:rPr>
          <w:lang w:val="ru-RU"/>
        </w:rPr>
        <w:t>6</w:t>
      </w:r>
      <w:r w:rsidRPr="00EE383C">
        <w:rPr>
          <w:lang w:val="ru-RU"/>
        </w:rPr>
        <w:t>. Подтверждение достоверности</w:t>
      </w:r>
    </w:p>
    <w:p w14:paraId="76BAB816" w14:textId="77777777" w:rsidR="00E90567" w:rsidRPr="00EE383C" w:rsidRDefault="00EE383C">
      <w:pPr>
        <w:rPr>
          <w:lang w:val="ru-RU"/>
        </w:rPr>
      </w:pPr>
      <w:r w:rsidRPr="00EE383C">
        <w:rPr>
          <w:lang w:val="ru-RU"/>
        </w:rPr>
        <w:t>Настоящим подтверждаем достоверность информации, указанной в заявке. Предложенные объём работ, стоимость и условия являются предложением участника и действительны в течение __________________ календарных дней с даты вскрытия заявок.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80"/>
        <w:gridCol w:w="5180"/>
      </w:tblGrid>
      <w:tr w:rsidR="00E90567" w14:paraId="78644E7D" w14:textId="77777777">
        <w:trPr>
          <w:jc w:val="center"/>
        </w:trPr>
        <w:tc>
          <w:tcPr>
            <w:tcW w:w="5185" w:type="dxa"/>
            <w:shd w:val="clear" w:color="auto" w:fill="D9E1F2"/>
            <w:vAlign w:val="center"/>
          </w:tcPr>
          <w:p w14:paraId="74350F70" w14:textId="77777777" w:rsidR="00E90567" w:rsidRDefault="00EE383C">
            <w:proofErr w:type="spellStart"/>
            <w:r>
              <w:rPr>
                <w:rFonts w:ascii="Arial" w:hAnsi="Arial"/>
                <w:b/>
                <w:sz w:val="16"/>
              </w:rPr>
              <w:t>Параметр</w:t>
            </w:r>
            <w:proofErr w:type="spellEnd"/>
          </w:p>
        </w:tc>
        <w:tc>
          <w:tcPr>
            <w:tcW w:w="5185" w:type="dxa"/>
            <w:shd w:val="clear" w:color="auto" w:fill="D9E1F2"/>
            <w:vAlign w:val="center"/>
          </w:tcPr>
          <w:p w14:paraId="329E27A9" w14:textId="77777777" w:rsidR="00E90567" w:rsidRDefault="00EE383C">
            <w:r>
              <w:rPr>
                <w:rFonts w:ascii="Arial" w:hAnsi="Arial"/>
                <w:b/>
                <w:sz w:val="16"/>
              </w:rPr>
              <w:t>Данные</w:t>
            </w:r>
          </w:p>
        </w:tc>
      </w:tr>
      <w:tr w:rsidR="00E90567" w14:paraId="71C51A69" w14:textId="77777777">
        <w:trPr>
          <w:jc w:val="center"/>
        </w:trPr>
        <w:tc>
          <w:tcPr>
            <w:tcW w:w="5185" w:type="dxa"/>
            <w:vAlign w:val="center"/>
          </w:tcPr>
          <w:p w14:paraId="3B241848" w14:textId="77777777" w:rsidR="00E90567" w:rsidRDefault="00EE383C">
            <w:r>
              <w:rPr>
                <w:rFonts w:ascii="Arial" w:hAnsi="Arial"/>
                <w:sz w:val="16"/>
              </w:rPr>
              <w:t>Наименование участника</w:t>
            </w:r>
          </w:p>
        </w:tc>
        <w:tc>
          <w:tcPr>
            <w:tcW w:w="5185" w:type="dxa"/>
            <w:vAlign w:val="center"/>
          </w:tcPr>
          <w:p w14:paraId="72C45A32" w14:textId="77777777" w:rsidR="00E90567" w:rsidRDefault="00E90567"/>
        </w:tc>
      </w:tr>
      <w:tr w:rsidR="00E90567" w14:paraId="1BF5B1E6" w14:textId="77777777">
        <w:trPr>
          <w:jc w:val="center"/>
        </w:trPr>
        <w:tc>
          <w:tcPr>
            <w:tcW w:w="5185" w:type="dxa"/>
            <w:vAlign w:val="center"/>
          </w:tcPr>
          <w:p w14:paraId="31931DB7" w14:textId="77777777" w:rsidR="00E90567" w:rsidRDefault="00EE383C">
            <w:r>
              <w:rPr>
                <w:rFonts w:ascii="Arial" w:hAnsi="Arial"/>
                <w:sz w:val="16"/>
              </w:rPr>
              <w:t>ФИО уполномоченного лица</w:t>
            </w:r>
          </w:p>
        </w:tc>
        <w:tc>
          <w:tcPr>
            <w:tcW w:w="5185" w:type="dxa"/>
            <w:vAlign w:val="center"/>
          </w:tcPr>
          <w:p w14:paraId="73E7BAC9" w14:textId="77777777" w:rsidR="00E90567" w:rsidRDefault="00E90567"/>
        </w:tc>
      </w:tr>
      <w:tr w:rsidR="00E90567" w14:paraId="30180B8A" w14:textId="77777777">
        <w:trPr>
          <w:jc w:val="center"/>
        </w:trPr>
        <w:tc>
          <w:tcPr>
            <w:tcW w:w="5185" w:type="dxa"/>
            <w:vAlign w:val="center"/>
          </w:tcPr>
          <w:p w14:paraId="3BB68837" w14:textId="77777777" w:rsidR="00E90567" w:rsidRDefault="00EE383C">
            <w:r>
              <w:rPr>
                <w:rFonts w:ascii="Arial" w:hAnsi="Arial"/>
                <w:sz w:val="16"/>
              </w:rPr>
              <w:t>Должность</w:t>
            </w:r>
          </w:p>
        </w:tc>
        <w:tc>
          <w:tcPr>
            <w:tcW w:w="5185" w:type="dxa"/>
            <w:vAlign w:val="center"/>
          </w:tcPr>
          <w:p w14:paraId="649480A4" w14:textId="77777777" w:rsidR="00E90567" w:rsidRDefault="00E90567"/>
        </w:tc>
      </w:tr>
      <w:tr w:rsidR="00E90567" w14:paraId="59276833" w14:textId="77777777">
        <w:trPr>
          <w:jc w:val="center"/>
        </w:trPr>
        <w:tc>
          <w:tcPr>
            <w:tcW w:w="5185" w:type="dxa"/>
            <w:vAlign w:val="center"/>
          </w:tcPr>
          <w:p w14:paraId="257F7F8E" w14:textId="77777777" w:rsidR="00E90567" w:rsidRDefault="00EE383C">
            <w:r>
              <w:rPr>
                <w:rFonts w:ascii="Arial" w:hAnsi="Arial"/>
                <w:sz w:val="16"/>
              </w:rPr>
              <w:t>Подпись</w:t>
            </w:r>
          </w:p>
        </w:tc>
        <w:tc>
          <w:tcPr>
            <w:tcW w:w="5185" w:type="dxa"/>
            <w:vAlign w:val="center"/>
          </w:tcPr>
          <w:p w14:paraId="274D3CEF" w14:textId="77777777" w:rsidR="00E90567" w:rsidRDefault="00E90567"/>
        </w:tc>
      </w:tr>
      <w:tr w:rsidR="00E90567" w14:paraId="323CE5CA" w14:textId="77777777">
        <w:trPr>
          <w:jc w:val="center"/>
        </w:trPr>
        <w:tc>
          <w:tcPr>
            <w:tcW w:w="5185" w:type="dxa"/>
            <w:vAlign w:val="center"/>
          </w:tcPr>
          <w:p w14:paraId="57D56263" w14:textId="77777777" w:rsidR="00E90567" w:rsidRDefault="00EE383C">
            <w:r>
              <w:rPr>
                <w:rFonts w:ascii="Arial" w:hAnsi="Arial"/>
                <w:sz w:val="16"/>
              </w:rPr>
              <w:t>Дата</w:t>
            </w:r>
          </w:p>
        </w:tc>
        <w:tc>
          <w:tcPr>
            <w:tcW w:w="5185" w:type="dxa"/>
            <w:vAlign w:val="center"/>
          </w:tcPr>
          <w:p w14:paraId="302C6574" w14:textId="77777777" w:rsidR="00E90567" w:rsidRDefault="00E90567"/>
        </w:tc>
      </w:tr>
      <w:tr w:rsidR="00E90567" w14:paraId="44C4E109" w14:textId="77777777">
        <w:trPr>
          <w:jc w:val="center"/>
        </w:trPr>
        <w:tc>
          <w:tcPr>
            <w:tcW w:w="5185" w:type="dxa"/>
            <w:vAlign w:val="center"/>
          </w:tcPr>
          <w:p w14:paraId="65483745" w14:textId="77777777" w:rsidR="00E90567" w:rsidRDefault="00EE383C">
            <w:r>
              <w:rPr>
                <w:rFonts w:ascii="Arial" w:hAnsi="Arial"/>
                <w:sz w:val="16"/>
              </w:rPr>
              <w:t>М.П.</w:t>
            </w:r>
          </w:p>
        </w:tc>
        <w:tc>
          <w:tcPr>
            <w:tcW w:w="5185" w:type="dxa"/>
            <w:vAlign w:val="center"/>
          </w:tcPr>
          <w:p w14:paraId="1E7D3772" w14:textId="77777777" w:rsidR="00E90567" w:rsidRDefault="00E90567"/>
        </w:tc>
      </w:tr>
    </w:tbl>
    <w:p w14:paraId="4FFA0131" w14:textId="77777777" w:rsidR="00E90567" w:rsidRDefault="00E90567"/>
    <w:p w14:paraId="450C965C" w14:textId="77777777" w:rsidR="00E90567" w:rsidRDefault="00EE383C">
      <w:pPr>
        <w:jc w:val="center"/>
      </w:pPr>
      <w:r>
        <w:rPr>
          <w:b/>
          <w:sz w:val="18"/>
        </w:rPr>
        <w:t>КОНЕЦ ФОРМЫ ЗАЯВКИ</w:t>
      </w:r>
    </w:p>
    <w:sectPr w:rsidR="00E90567" w:rsidSect="00034616">
      <w:pgSz w:w="12240" w:h="15840"/>
      <w:pgMar w:top="850" w:right="85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5514"/>
    <w:rsid w:val="0002645C"/>
    <w:rsid w:val="00034616"/>
    <w:rsid w:val="0006063C"/>
    <w:rsid w:val="000A29D7"/>
    <w:rsid w:val="0015074B"/>
    <w:rsid w:val="0029639D"/>
    <w:rsid w:val="00326F90"/>
    <w:rsid w:val="00902573"/>
    <w:rsid w:val="009D0D26"/>
    <w:rsid w:val="00AA1D8D"/>
    <w:rsid w:val="00B47730"/>
    <w:rsid w:val="00CB0664"/>
    <w:rsid w:val="00E253D5"/>
    <w:rsid w:val="00E90567"/>
    <w:rsid w:val="00EE38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7F862B"/>
  <w14:defaultImageDpi w14:val="300"/>
  <w15:docId w15:val="{36FEFE32-59B6-46A7-A27C-84786A04E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E383C"/>
  </w:style>
  <w:style w:type="paragraph" w:styleId="1">
    <w:name w:val="heading 1"/>
    <w:basedOn w:val="a1"/>
    <w:next w:val="a1"/>
    <w:link w:val="10"/>
    <w:uiPriority w:val="9"/>
    <w:qFormat/>
    <w:rsid w:val="00EE383C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1">
    <w:name w:val="heading 2"/>
    <w:basedOn w:val="a1"/>
    <w:next w:val="a1"/>
    <w:link w:val="22"/>
    <w:uiPriority w:val="9"/>
    <w:unhideWhenUsed/>
    <w:qFormat/>
    <w:rsid w:val="00EE383C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31">
    <w:name w:val="heading 3"/>
    <w:basedOn w:val="a1"/>
    <w:next w:val="a1"/>
    <w:link w:val="32"/>
    <w:uiPriority w:val="9"/>
    <w:unhideWhenUsed/>
    <w:qFormat/>
    <w:rsid w:val="00EE383C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EE383C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EE383C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EE383C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EE383C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EE383C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EE383C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EE383C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EE383C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22">
    <w:name w:val="Заголовок 2 Знак"/>
    <w:basedOn w:val="a2"/>
    <w:link w:val="21"/>
    <w:uiPriority w:val="9"/>
    <w:rsid w:val="00EE383C"/>
    <w:rPr>
      <w:caps/>
      <w:spacing w:val="15"/>
      <w:shd w:val="clear" w:color="auto" w:fill="DBE5F1" w:themeFill="accent1" w:themeFillTint="33"/>
    </w:rPr>
  </w:style>
  <w:style w:type="character" w:customStyle="1" w:styleId="32">
    <w:name w:val="Заголовок 3 Знак"/>
    <w:basedOn w:val="a2"/>
    <w:link w:val="31"/>
    <w:uiPriority w:val="9"/>
    <w:rsid w:val="00EE383C"/>
    <w:rPr>
      <w:caps/>
      <w:color w:val="243F60" w:themeColor="accent1" w:themeShade="7F"/>
      <w:spacing w:val="15"/>
    </w:rPr>
  </w:style>
  <w:style w:type="paragraph" w:styleId="aa">
    <w:name w:val="Title"/>
    <w:basedOn w:val="a1"/>
    <w:next w:val="a1"/>
    <w:link w:val="ab"/>
    <w:uiPriority w:val="10"/>
    <w:qFormat/>
    <w:rsid w:val="00EE383C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EE383C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EE383C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d">
    <w:name w:val="Подзаголовок Знак"/>
    <w:basedOn w:val="a2"/>
    <w:link w:val="ac"/>
    <w:uiPriority w:val="11"/>
    <w:rsid w:val="00EE383C"/>
    <w:rPr>
      <w:caps/>
      <w:color w:val="595959" w:themeColor="text1" w:themeTint="A6"/>
      <w:spacing w:val="10"/>
      <w:sz w:val="21"/>
      <w:szCs w:val="21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EE383C"/>
    <w:rPr>
      <w:i/>
      <w:iCs/>
      <w:sz w:val="24"/>
      <w:szCs w:val="24"/>
    </w:rPr>
  </w:style>
  <w:style w:type="character" w:customStyle="1" w:styleId="28">
    <w:name w:val="Цитата 2 Знак"/>
    <w:basedOn w:val="a2"/>
    <w:link w:val="27"/>
    <w:uiPriority w:val="29"/>
    <w:rsid w:val="00EE383C"/>
    <w:rPr>
      <w:i/>
      <w:iCs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semiHidden/>
    <w:rsid w:val="00EE383C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2"/>
    <w:link w:val="5"/>
    <w:uiPriority w:val="9"/>
    <w:semiHidden/>
    <w:rsid w:val="00EE383C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2"/>
    <w:link w:val="6"/>
    <w:uiPriority w:val="9"/>
    <w:semiHidden/>
    <w:rsid w:val="00EE383C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2"/>
    <w:link w:val="7"/>
    <w:uiPriority w:val="9"/>
    <w:semiHidden/>
    <w:rsid w:val="00EE383C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2"/>
    <w:link w:val="8"/>
    <w:uiPriority w:val="9"/>
    <w:semiHidden/>
    <w:rsid w:val="00EE383C"/>
    <w:rPr>
      <w:caps/>
      <w:spacing w:val="10"/>
      <w:sz w:val="18"/>
      <w:szCs w:val="18"/>
    </w:rPr>
  </w:style>
  <w:style w:type="character" w:customStyle="1" w:styleId="90">
    <w:name w:val="Заголовок 9 Знак"/>
    <w:basedOn w:val="a2"/>
    <w:link w:val="9"/>
    <w:uiPriority w:val="9"/>
    <w:semiHidden/>
    <w:rsid w:val="00EE383C"/>
    <w:rPr>
      <w:i/>
      <w:iCs/>
      <w:caps/>
      <w:spacing w:val="10"/>
      <w:sz w:val="18"/>
      <w:szCs w:val="18"/>
    </w:rPr>
  </w:style>
  <w:style w:type="paragraph" w:styleId="af5">
    <w:name w:val="caption"/>
    <w:basedOn w:val="a1"/>
    <w:next w:val="a1"/>
    <w:uiPriority w:val="35"/>
    <w:semiHidden/>
    <w:unhideWhenUsed/>
    <w:qFormat/>
    <w:rsid w:val="00EE383C"/>
    <w:rPr>
      <w:b/>
      <w:bCs/>
      <w:color w:val="365F91" w:themeColor="accent1" w:themeShade="BF"/>
      <w:sz w:val="16"/>
      <w:szCs w:val="16"/>
    </w:rPr>
  </w:style>
  <w:style w:type="character" w:styleId="af6">
    <w:name w:val="Strong"/>
    <w:uiPriority w:val="22"/>
    <w:qFormat/>
    <w:rsid w:val="00EE383C"/>
    <w:rPr>
      <w:b/>
      <w:bCs/>
    </w:rPr>
  </w:style>
  <w:style w:type="character" w:styleId="af7">
    <w:name w:val="Emphasis"/>
    <w:uiPriority w:val="20"/>
    <w:qFormat/>
    <w:rsid w:val="00EE383C"/>
    <w:rPr>
      <w:caps/>
      <w:color w:val="243F60" w:themeColor="accent1" w:themeShade="7F"/>
      <w:spacing w:val="5"/>
    </w:rPr>
  </w:style>
  <w:style w:type="paragraph" w:styleId="af8">
    <w:name w:val="Intense Quote"/>
    <w:basedOn w:val="a1"/>
    <w:next w:val="a1"/>
    <w:link w:val="af9"/>
    <w:uiPriority w:val="30"/>
    <w:qFormat/>
    <w:rsid w:val="00EE383C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af9">
    <w:name w:val="Выделенная цитата Знак"/>
    <w:basedOn w:val="a2"/>
    <w:link w:val="af8"/>
    <w:uiPriority w:val="30"/>
    <w:rsid w:val="00EE383C"/>
    <w:rPr>
      <w:color w:val="4F81BD" w:themeColor="accent1"/>
      <w:sz w:val="24"/>
      <w:szCs w:val="24"/>
    </w:rPr>
  </w:style>
  <w:style w:type="character" w:styleId="afa">
    <w:name w:val="Subtle Emphasis"/>
    <w:uiPriority w:val="19"/>
    <w:qFormat/>
    <w:rsid w:val="00EE383C"/>
    <w:rPr>
      <w:i/>
      <w:iCs/>
      <w:color w:val="243F60" w:themeColor="accent1" w:themeShade="7F"/>
    </w:rPr>
  </w:style>
  <w:style w:type="character" w:styleId="afb">
    <w:name w:val="Intense Emphasis"/>
    <w:uiPriority w:val="21"/>
    <w:qFormat/>
    <w:rsid w:val="00EE383C"/>
    <w:rPr>
      <w:b/>
      <w:bCs/>
      <w:caps/>
      <w:color w:val="243F60" w:themeColor="accent1" w:themeShade="7F"/>
      <w:spacing w:val="10"/>
    </w:rPr>
  </w:style>
  <w:style w:type="character" w:styleId="afc">
    <w:name w:val="Subtle Reference"/>
    <w:uiPriority w:val="31"/>
    <w:qFormat/>
    <w:rsid w:val="00EE383C"/>
    <w:rPr>
      <w:b/>
      <w:bCs/>
      <w:color w:val="4F81BD" w:themeColor="accent1"/>
    </w:rPr>
  </w:style>
  <w:style w:type="character" w:styleId="afd">
    <w:name w:val="Intense Reference"/>
    <w:uiPriority w:val="32"/>
    <w:qFormat/>
    <w:rsid w:val="00EE383C"/>
    <w:rPr>
      <w:b/>
      <w:bCs/>
      <w:i/>
      <w:iCs/>
      <w:caps/>
      <w:color w:val="4F81BD" w:themeColor="accent1"/>
    </w:rPr>
  </w:style>
  <w:style w:type="character" w:styleId="afe">
    <w:name w:val="Book Title"/>
    <w:uiPriority w:val="33"/>
    <w:qFormat/>
    <w:rsid w:val="00EE383C"/>
    <w:rPr>
      <w:b/>
      <w:bCs/>
      <w:i/>
      <w:iCs/>
      <w:spacing w:val="0"/>
    </w:rPr>
  </w:style>
  <w:style w:type="paragraph" w:styleId="aff">
    <w:name w:val="TOC Heading"/>
    <w:basedOn w:val="1"/>
    <w:next w:val="a1"/>
    <w:uiPriority w:val="39"/>
    <w:semiHidden/>
    <w:unhideWhenUsed/>
    <w:qFormat/>
    <w:rsid w:val="00EE383C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52E2B3-B94E-4D18-B96F-7D587B6C2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1162</Words>
  <Characters>6627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7774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Temirkhan Turustayev</cp:lastModifiedBy>
  <cp:revision>2</cp:revision>
  <dcterms:created xsi:type="dcterms:W3CDTF">2026-08-18T04:26:00Z</dcterms:created>
  <dcterms:modified xsi:type="dcterms:W3CDTF">2026-08-18T04:26:00Z</dcterms:modified>
  <cp:category/>
</cp:coreProperties>
</file>